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D4376" w14:textId="5C778197" w:rsidR="00C228B4" w:rsidRPr="008A77BF" w:rsidRDefault="002544C2">
      <w:pPr>
        <w:pStyle w:val="Title"/>
        <w:rPr>
          <w:rFonts w:ascii="Roboto" w:hAnsi="Roboto"/>
          <w:color w:val="C0504D" w:themeColor="accent2"/>
          <w:sz w:val="30"/>
          <w:szCs w:val="30"/>
        </w:rPr>
      </w:pPr>
      <w:r w:rsidRPr="008A77BF">
        <w:rPr>
          <w:rFonts w:ascii="Roboto" w:hAnsi="Roboto"/>
          <w:noProof/>
          <w:color w:val="C0504D" w:themeColor="accent2"/>
          <w:sz w:val="30"/>
          <w:szCs w:val="30"/>
        </w:rPr>
        <w:drawing>
          <wp:anchor distT="0" distB="0" distL="114300" distR="114300" simplePos="0" relativeHeight="251658240" behindDoc="0" locked="0" layoutInCell="1" allowOverlap="1" wp14:anchorId="11BFCE9B" wp14:editId="6C968C33">
            <wp:simplePos x="0" y="0"/>
            <wp:positionH relativeFrom="margin">
              <wp:posOffset>2454910</wp:posOffset>
            </wp:positionH>
            <wp:positionV relativeFrom="margin">
              <wp:posOffset>-156845</wp:posOffset>
            </wp:positionV>
            <wp:extent cx="1080135" cy="972185"/>
            <wp:effectExtent l="0" t="0" r="0" b="5715"/>
            <wp:wrapSquare wrapText="bothSides"/>
            <wp:docPr id="367709522" name="Picture 1" descr="A logo for conven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709522" name="Picture 1" descr="A logo for convention&#10;&#10;Description automatically generated"/>
                    <pic:cNvPicPr/>
                  </pic:nvPicPr>
                  <pic:blipFill>
                    <a:blip r:embed="rId11"/>
                    <a:stretch>
                      <a:fillRect/>
                    </a:stretch>
                  </pic:blipFill>
                  <pic:spPr>
                    <a:xfrm>
                      <a:off x="0" y="0"/>
                      <a:ext cx="1080135" cy="972185"/>
                    </a:xfrm>
                    <a:prstGeom prst="rect">
                      <a:avLst/>
                    </a:prstGeom>
                  </pic:spPr>
                </pic:pic>
              </a:graphicData>
            </a:graphic>
            <wp14:sizeRelH relativeFrom="margin">
              <wp14:pctWidth>0</wp14:pctWidth>
            </wp14:sizeRelH>
            <wp14:sizeRelV relativeFrom="margin">
              <wp14:pctHeight>0</wp14:pctHeight>
            </wp14:sizeRelV>
          </wp:anchor>
        </w:drawing>
      </w:r>
    </w:p>
    <w:p w14:paraId="2DDE2F4D" w14:textId="1427B2BE" w:rsidR="0069637F" w:rsidRPr="008A77BF" w:rsidRDefault="0069637F">
      <w:pPr>
        <w:pStyle w:val="Title"/>
        <w:rPr>
          <w:rFonts w:ascii="Roboto" w:hAnsi="Roboto"/>
          <w:b/>
          <w:bCs/>
          <w:color w:val="4F81BD" w:themeColor="accent1"/>
        </w:rPr>
      </w:pPr>
    </w:p>
    <w:p w14:paraId="5C9C0299" w14:textId="3731F702" w:rsidR="003A3465" w:rsidRPr="008A77BF" w:rsidRDefault="003A3465" w:rsidP="008A77BF">
      <w:pPr>
        <w:pStyle w:val="Title"/>
        <w:jc w:val="center"/>
        <w:rPr>
          <w:rFonts w:ascii="Roboto" w:hAnsi="Roboto"/>
          <w:b/>
          <w:bCs/>
          <w:color w:val="4F81BD" w:themeColor="accent1"/>
          <w:sz w:val="40"/>
          <w:szCs w:val="40"/>
        </w:rPr>
      </w:pPr>
      <w:r w:rsidRPr="008A77BF">
        <w:rPr>
          <w:rFonts w:ascii="Roboto" w:hAnsi="Roboto"/>
          <w:b/>
          <w:bCs/>
          <w:color w:val="4F81BD" w:themeColor="accent1"/>
          <w:sz w:val="40"/>
          <w:szCs w:val="40"/>
        </w:rPr>
        <w:t xml:space="preserve"> </w:t>
      </w:r>
    </w:p>
    <w:p w14:paraId="52B95F3A" w14:textId="69D9A7A4" w:rsidR="0069637F" w:rsidRPr="008A77BF" w:rsidRDefault="0069637F" w:rsidP="00027C98">
      <w:pPr>
        <w:pStyle w:val="Title"/>
        <w:jc w:val="center"/>
        <w:rPr>
          <w:rFonts w:ascii="Roboto" w:hAnsi="Roboto"/>
          <w:b/>
          <w:bCs/>
          <w:color w:val="32899E"/>
          <w:sz w:val="40"/>
          <w:szCs w:val="40"/>
        </w:rPr>
      </w:pPr>
      <w:r w:rsidRPr="008A77BF">
        <w:rPr>
          <w:rFonts w:ascii="Roboto" w:hAnsi="Roboto"/>
          <w:b/>
          <w:bCs/>
          <w:color w:val="32899E"/>
          <w:sz w:val="40"/>
          <w:szCs w:val="40"/>
        </w:rPr>
        <w:t>Bangladesh Quality Improvement Convention 202</w:t>
      </w:r>
      <w:r w:rsidR="002A3990" w:rsidRPr="008A77BF">
        <w:rPr>
          <w:rFonts w:ascii="Roboto" w:hAnsi="Roboto"/>
          <w:b/>
          <w:bCs/>
          <w:color w:val="32899E"/>
          <w:sz w:val="40"/>
          <w:szCs w:val="40"/>
        </w:rPr>
        <w:t>6</w:t>
      </w:r>
      <w:r w:rsidRPr="008A77BF">
        <w:rPr>
          <w:rFonts w:ascii="Roboto" w:hAnsi="Roboto"/>
          <w:color w:val="32899E"/>
        </w:rPr>
        <w:t xml:space="preserve"> </w:t>
      </w:r>
    </w:p>
    <w:p w14:paraId="5313C1FD" w14:textId="77777777" w:rsidR="0069637F" w:rsidRPr="008A77BF" w:rsidRDefault="0069637F">
      <w:pPr>
        <w:pStyle w:val="Title"/>
        <w:rPr>
          <w:rFonts w:ascii="Roboto" w:hAnsi="Roboto"/>
          <w:b/>
          <w:bCs/>
          <w:color w:val="4F81BD" w:themeColor="accent1"/>
          <w:sz w:val="36"/>
          <w:szCs w:val="36"/>
        </w:rPr>
      </w:pPr>
    </w:p>
    <w:p w14:paraId="55262C8B" w14:textId="4F2B330A" w:rsidR="00AE42AE" w:rsidRPr="008A77BF" w:rsidRDefault="00426058" w:rsidP="00426058">
      <w:pPr>
        <w:pStyle w:val="Title"/>
        <w:jc w:val="center"/>
        <w:rPr>
          <w:rFonts w:ascii="Roboto" w:hAnsi="Roboto"/>
          <w:b/>
          <w:bCs/>
          <w:color w:val="808080" w:themeColor="background1" w:themeShade="80"/>
          <w:sz w:val="36"/>
          <w:szCs w:val="36"/>
        </w:rPr>
      </w:pPr>
      <w:r w:rsidRPr="00426058">
        <w:rPr>
          <w:rFonts w:ascii="Roboto" w:hAnsi="Roboto"/>
          <w:b/>
          <w:bCs/>
          <w:color w:val="808080" w:themeColor="background1" w:themeShade="80"/>
          <w:sz w:val="36"/>
          <w:szCs w:val="36"/>
        </w:rPr>
        <w:t>S</w:t>
      </w:r>
      <w:r w:rsidR="00622412" w:rsidRPr="008A77BF">
        <w:rPr>
          <w:rFonts w:ascii="Roboto" w:hAnsi="Roboto"/>
          <w:b/>
          <w:bCs/>
          <w:color w:val="808080" w:themeColor="background1" w:themeShade="80"/>
          <w:sz w:val="36"/>
          <w:szCs w:val="36"/>
        </w:rPr>
        <w:t>peaker</w:t>
      </w:r>
      <w:r w:rsidRPr="00426058">
        <w:rPr>
          <w:rFonts w:ascii="Roboto" w:hAnsi="Roboto"/>
          <w:b/>
          <w:bCs/>
          <w:color w:val="808080" w:themeColor="background1" w:themeShade="80"/>
          <w:sz w:val="36"/>
          <w:szCs w:val="36"/>
        </w:rPr>
        <w:t xml:space="preserve"> Proposal </w:t>
      </w:r>
      <w:r w:rsidR="00622412" w:rsidRPr="008A77BF">
        <w:rPr>
          <w:rFonts w:ascii="Roboto" w:hAnsi="Roboto"/>
          <w:b/>
          <w:bCs/>
          <w:color w:val="808080" w:themeColor="background1" w:themeShade="80"/>
          <w:sz w:val="36"/>
          <w:szCs w:val="36"/>
        </w:rPr>
        <w:t>Submission Form</w:t>
      </w:r>
    </w:p>
    <w:p w14:paraId="0CF2B32E" w14:textId="6378EFE0" w:rsidR="00622412" w:rsidRDefault="00622412" w:rsidP="008A77BF">
      <w:pPr>
        <w:pStyle w:val="Heading1"/>
        <w:rPr>
          <w:rFonts w:ascii="Roboto" w:hAnsi="Roboto"/>
          <w:color w:val="000000" w:themeColor="text1"/>
          <w:sz w:val="22"/>
          <w:szCs w:val="22"/>
        </w:rPr>
      </w:pPr>
      <w:r w:rsidRPr="008A77BF">
        <w:rPr>
          <w:rFonts w:ascii="Roboto" w:hAnsi="Roboto"/>
          <w:color w:val="000000" w:themeColor="text1"/>
          <w:sz w:val="22"/>
          <w:szCs w:val="22"/>
        </w:rPr>
        <w:t>Please download this word document to fill out the table with relevant information expressing your interest to speak in the Lightning Talks sessions on specific QI thematic issues. Once filled out, convert it to a PDF and submit through the convention website’s dedicate tab within the deadline.</w:t>
      </w:r>
    </w:p>
    <w:p w14:paraId="1234D5EA" w14:textId="77777777" w:rsidR="008A77BF" w:rsidRPr="008A77BF" w:rsidRDefault="008A77BF" w:rsidP="008A77BF">
      <w:pPr>
        <w:spacing w:after="0"/>
      </w:pPr>
    </w:p>
    <w:p w14:paraId="02C9019B" w14:textId="77777777" w:rsidR="008A77BF" w:rsidRDefault="00622412" w:rsidP="008A77BF">
      <w:pPr>
        <w:spacing w:after="0"/>
        <w:rPr>
          <w:rFonts w:ascii="Roboto" w:eastAsiaTheme="majorEastAsia" w:hAnsi="Roboto" w:cstheme="majorBidi"/>
          <w:b/>
          <w:bCs/>
          <w:color w:val="EE0000"/>
        </w:rPr>
      </w:pPr>
      <w:r w:rsidRPr="008A77BF">
        <w:rPr>
          <w:rFonts w:ascii="Roboto" w:eastAsiaTheme="majorEastAsia" w:hAnsi="Roboto" w:cstheme="majorBidi"/>
          <w:b/>
          <w:bCs/>
          <w:color w:val="EE0000"/>
        </w:rPr>
        <w:t xml:space="preserve">Note: Please read the instructions carefully </w:t>
      </w:r>
      <w:r w:rsidR="00971D4E" w:rsidRPr="008A77BF">
        <w:rPr>
          <w:rFonts w:ascii="Roboto" w:eastAsiaTheme="majorEastAsia" w:hAnsi="Roboto" w:cstheme="majorBidi"/>
          <w:b/>
          <w:bCs/>
          <w:color w:val="EE0000"/>
        </w:rPr>
        <w:t>before you</w:t>
      </w:r>
      <w:r w:rsidRPr="008A77BF">
        <w:rPr>
          <w:rFonts w:ascii="Roboto" w:eastAsiaTheme="majorEastAsia" w:hAnsi="Roboto" w:cstheme="majorBidi"/>
          <w:b/>
          <w:bCs/>
          <w:color w:val="EE0000"/>
        </w:rPr>
        <w:t xml:space="preserve"> fill out this submission form.</w:t>
      </w:r>
    </w:p>
    <w:p w14:paraId="38778592" w14:textId="77777777" w:rsidR="008A77BF" w:rsidRDefault="008A77BF" w:rsidP="008A77BF">
      <w:pPr>
        <w:spacing w:after="0"/>
        <w:rPr>
          <w:rFonts w:ascii="Roboto" w:eastAsiaTheme="majorEastAsia" w:hAnsi="Roboto" w:cstheme="majorBidi"/>
          <w:b/>
          <w:bCs/>
          <w:color w:val="EE0000"/>
        </w:rPr>
      </w:pPr>
    </w:p>
    <w:p w14:paraId="0280BABC" w14:textId="565FE8EC" w:rsidR="0021324E" w:rsidRPr="008A77BF" w:rsidRDefault="0021324E" w:rsidP="008A77BF">
      <w:pPr>
        <w:spacing w:after="0"/>
        <w:rPr>
          <w:rFonts w:ascii="Roboto" w:eastAsiaTheme="majorEastAsia" w:hAnsi="Roboto" w:cstheme="majorBidi"/>
          <w:b/>
          <w:bCs/>
          <w:color w:val="EE0000"/>
        </w:rPr>
      </w:pPr>
      <w:r w:rsidRPr="008A77BF">
        <w:rPr>
          <w:rFonts w:ascii="Roboto" w:hAnsi="Roboto"/>
          <w:b/>
          <w:bCs/>
          <w:color w:val="000000" w:themeColor="text1"/>
        </w:rPr>
        <w:t>About the Sessions</w:t>
      </w:r>
    </w:p>
    <w:p w14:paraId="01BC6EAF" w14:textId="11EFC301" w:rsidR="00B247A9" w:rsidRPr="008A77BF" w:rsidRDefault="0021324E" w:rsidP="7B472F35">
      <w:pPr>
        <w:pStyle w:val="NormalWeb"/>
        <w:rPr>
          <w:rFonts w:ascii="Roboto" w:eastAsiaTheme="minorEastAsia" w:hAnsi="Roboto" w:cstheme="minorBidi"/>
          <w:sz w:val="22"/>
          <w:szCs w:val="22"/>
          <w:lang w:eastAsia="en-US"/>
        </w:rPr>
      </w:pPr>
      <w:r w:rsidRPr="7B472F35">
        <w:rPr>
          <w:rFonts w:ascii="Roboto" w:eastAsiaTheme="minorEastAsia" w:hAnsi="Roboto" w:cstheme="minorBidi"/>
          <w:sz w:val="22"/>
          <w:szCs w:val="22"/>
          <w:lang w:eastAsia="en-US"/>
        </w:rPr>
        <w:t>These sessions are open for any</w:t>
      </w:r>
      <w:r w:rsidR="00622412" w:rsidRPr="7B472F35">
        <w:rPr>
          <w:rFonts w:ascii="Roboto" w:eastAsiaTheme="minorEastAsia" w:hAnsi="Roboto" w:cstheme="minorBidi"/>
          <w:sz w:val="22"/>
          <w:szCs w:val="22"/>
          <w:lang w:eastAsia="en-US"/>
        </w:rPr>
        <w:t>one</w:t>
      </w:r>
      <w:r w:rsidRPr="7B472F35">
        <w:rPr>
          <w:rFonts w:ascii="Roboto" w:eastAsiaTheme="minorEastAsia" w:hAnsi="Roboto" w:cstheme="minorBidi"/>
          <w:sz w:val="22"/>
          <w:szCs w:val="22"/>
          <w:lang w:eastAsia="en-US"/>
        </w:rPr>
        <w:t xml:space="preserve"> </w:t>
      </w:r>
      <w:r w:rsidR="00622412" w:rsidRPr="7B472F35">
        <w:rPr>
          <w:rFonts w:ascii="Roboto" w:eastAsiaTheme="minorEastAsia" w:hAnsi="Roboto" w:cstheme="minorBidi"/>
          <w:sz w:val="22"/>
          <w:szCs w:val="22"/>
          <w:lang w:eastAsia="en-US"/>
        </w:rPr>
        <w:t>across the healthcare sector and beyond, including clinicians, non-clinicians, patients and carers, voluntary / social sector employees, public or private sector and students. We also welcome first time presenters. We are actively seeking to increase the diversity of our speakers</w:t>
      </w:r>
      <w:r w:rsidR="00B41100" w:rsidRPr="7B472F35">
        <w:rPr>
          <w:rFonts w:ascii="Roboto" w:eastAsiaTheme="minorEastAsia" w:hAnsi="Roboto" w:cstheme="minorBidi"/>
          <w:sz w:val="22"/>
          <w:szCs w:val="22"/>
          <w:lang w:eastAsia="en-US"/>
        </w:rPr>
        <w:t xml:space="preserve"> who </w:t>
      </w:r>
      <w:r w:rsidRPr="7B472F35">
        <w:rPr>
          <w:rFonts w:ascii="Roboto" w:eastAsiaTheme="minorEastAsia" w:hAnsi="Roboto" w:cstheme="minorBidi"/>
          <w:sz w:val="22"/>
          <w:szCs w:val="22"/>
          <w:lang w:eastAsia="en-US"/>
        </w:rPr>
        <w:t xml:space="preserve">want to share their </w:t>
      </w:r>
      <w:r w:rsidR="00B247A9" w:rsidRPr="7B472F35">
        <w:rPr>
          <w:rFonts w:ascii="Roboto" w:eastAsiaTheme="minorEastAsia" w:hAnsi="Roboto" w:cstheme="minorBidi"/>
          <w:sz w:val="22"/>
          <w:szCs w:val="22"/>
          <w:lang w:eastAsia="en-US"/>
        </w:rPr>
        <w:t xml:space="preserve">practical knowledge and on-the-ground experience </w:t>
      </w:r>
      <w:r w:rsidR="794A8800" w:rsidRPr="7B472F35">
        <w:rPr>
          <w:rFonts w:ascii="Roboto" w:eastAsiaTheme="minorEastAsia" w:hAnsi="Roboto" w:cstheme="minorBidi"/>
          <w:sz w:val="22"/>
          <w:szCs w:val="22"/>
          <w:lang w:eastAsia="en-US"/>
        </w:rPr>
        <w:t>in</w:t>
      </w:r>
      <w:r w:rsidR="00B247A9" w:rsidRPr="7B472F35">
        <w:rPr>
          <w:rFonts w:ascii="Roboto" w:eastAsiaTheme="minorEastAsia" w:hAnsi="Roboto" w:cstheme="minorBidi"/>
          <w:sz w:val="22"/>
          <w:szCs w:val="22"/>
          <w:lang w:eastAsia="en-US"/>
        </w:rPr>
        <w:t xml:space="preserve"> </w:t>
      </w:r>
      <w:r w:rsidR="6286636B" w:rsidRPr="7B472F35">
        <w:rPr>
          <w:rFonts w:ascii="Roboto" w:eastAsiaTheme="minorEastAsia" w:hAnsi="Roboto" w:cstheme="minorBidi"/>
          <w:sz w:val="22"/>
          <w:szCs w:val="22"/>
          <w:lang w:eastAsia="en-US"/>
        </w:rPr>
        <w:t>implementing</w:t>
      </w:r>
      <w:r w:rsidR="00B247A9" w:rsidRPr="7B472F35">
        <w:rPr>
          <w:rFonts w:ascii="Roboto" w:eastAsiaTheme="minorEastAsia" w:hAnsi="Roboto" w:cstheme="minorBidi"/>
          <w:sz w:val="22"/>
          <w:szCs w:val="22"/>
          <w:lang w:eastAsia="en-US"/>
        </w:rPr>
        <w:t xml:space="preserve"> Quality Improvement (QI) interventions.</w:t>
      </w:r>
      <w:r w:rsidR="00B41100" w:rsidRPr="7B472F35">
        <w:rPr>
          <w:rFonts w:ascii="Roboto" w:eastAsiaTheme="minorEastAsia" w:hAnsi="Roboto" w:cstheme="minorBidi"/>
          <w:sz w:val="22"/>
          <w:szCs w:val="22"/>
          <w:lang w:eastAsia="en-US"/>
        </w:rPr>
        <w:t xml:space="preserve"> </w:t>
      </w:r>
      <w:r w:rsidR="00B247A9" w:rsidRPr="7B472F35">
        <w:rPr>
          <w:rFonts w:ascii="Roboto" w:eastAsiaTheme="minorEastAsia" w:hAnsi="Roboto" w:cstheme="minorBidi"/>
          <w:sz w:val="22"/>
          <w:szCs w:val="22"/>
          <w:lang w:eastAsia="en-US"/>
        </w:rPr>
        <w:t xml:space="preserve">Taking place simultaneously across multiple breakout rooms, these </w:t>
      </w:r>
      <w:r w:rsidR="00B247A9" w:rsidRPr="7B472F35">
        <w:rPr>
          <w:rFonts w:ascii="Roboto" w:eastAsiaTheme="minorEastAsia" w:hAnsi="Roboto" w:cstheme="minorBidi"/>
          <w:b/>
          <w:bCs/>
          <w:sz w:val="22"/>
          <w:szCs w:val="22"/>
          <w:lang w:eastAsia="en-US"/>
        </w:rPr>
        <w:t>Lightning Talks</w:t>
      </w:r>
      <w:r w:rsidR="00B247A9" w:rsidRPr="7B472F35">
        <w:rPr>
          <w:rFonts w:ascii="Roboto" w:eastAsiaTheme="minorEastAsia" w:hAnsi="Roboto" w:cstheme="minorBidi"/>
          <w:sz w:val="22"/>
          <w:szCs w:val="22"/>
          <w:lang w:eastAsia="en-US"/>
        </w:rPr>
        <w:t xml:space="preserve"> will deliver maximum practical value for attendees' time by providing concise, hands-on QI solutions from across the country.</w:t>
      </w:r>
      <w:r w:rsidR="004F3A55" w:rsidRPr="7B472F35">
        <w:rPr>
          <w:rFonts w:ascii="Roboto" w:eastAsiaTheme="minorEastAsia" w:hAnsi="Roboto" w:cstheme="minorBidi"/>
          <w:sz w:val="22"/>
          <w:szCs w:val="22"/>
          <w:lang w:eastAsia="en-US"/>
        </w:rPr>
        <w:t xml:space="preserve"> This will be done in a </w:t>
      </w:r>
      <w:r w:rsidR="004F3A55" w:rsidRPr="7B472F35">
        <w:rPr>
          <w:rFonts w:ascii="Roboto" w:eastAsiaTheme="minorEastAsia" w:hAnsi="Roboto" w:cstheme="minorBidi"/>
          <w:b/>
          <w:bCs/>
          <w:sz w:val="22"/>
          <w:szCs w:val="22"/>
          <w:lang w:eastAsia="en-US"/>
        </w:rPr>
        <w:t xml:space="preserve">lecture </w:t>
      </w:r>
      <w:r w:rsidR="00647F51" w:rsidRPr="7B472F35">
        <w:rPr>
          <w:rFonts w:ascii="Roboto" w:eastAsiaTheme="minorEastAsia" w:hAnsi="Roboto" w:cstheme="minorBidi"/>
          <w:b/>
          <w:bCs/>
          <w:sz w:val="22"/>
          <w:szCs w:val="22"/>
          <w:lang w:eastAsia="en-US"/>
        </w:rPr>
        <w:t>style</w:t>
      </w:r>
      <w:r w:rsidR="00647F51" w:rsidRPr="7B472F35">
        <w:rPr>
          <w:rFonts w:ascii="Roboto" w:eastAsiaTheme="minorEastAsia" w:hAnsi="Roboto" w:cstheme="minorBidi"/>
          <w:sz w:val="22"/>
          <w:szCs w:val="22"/>
          <w:lang w:eastAsia="en-US"/>
        </w:rPr>
        <w:t>; hence, speakers need to complete their presentation within the allocated time.</w:t>
      </w:r>
    </w:p>
    <w:p w14:paraId="615D1E07" w14:textId="4689580B" w:rsidR="0021324E" w:rsidRPr="008A77BF" w:rsidRDefault="00B247A9" w:rsidP="00622412">
      <w:pPr>
        <w:pStyle w:val="NormalWeb"/>
        <w:rPr>
          <w:rFonts w:ascii="Roboto" w:eastAsiaTheme="minorEastAsia" w:hAnsi="Roboto" w:cstheme="minorBidi"/>
          <w:sz w:val="22"/>
          <w:szCs w:val="22"/>
          <w:lang w:eastAsia="en-US"/>
        </w:rPr>
      </w:pPr>
      <w:r w:rsidRPr="008A77BF">
        <w:rPr>
          <w:rFonts w:ascii="Roboto" w:eastAsiaTheme="minorEastAsia" w:hAnsi="Roboto" w:cstheme="minorBidi"/>
          <w:sz w:val="22"/>
          <w:szCs w:val="22"/>
          <w:lang w:eastAsia="en-US"/>
        </w:rPr>
        <w:t>The intention is to</w:t>
      </w:r>
      <w:r w:rsidR="0021324E" w:rsidRPr="008A77BF">
        <w:rPr>
          <w:rFonts w:ascii="Roboto" w:eastAsiaTheme="minorEastAsia" w:hAnsi="Roboto" w:cstheme="minorBidi"/>
          <w:sz w:val="22"/>
          <w:szCs w:val="22"/>
          <w:lang w:eastAsia="en-US"/>
        </w:rPr>
        <w:t xml:space="preserve"> bring together short, high-impact presentations centered around key thematic areas</w:t>
      </w:r>
      <w:r w:rsidRPr="008A77BF">
        <w:rPr>
          <w:rFonts w:ascii="Roboto" w:eastAsiaTheme="minorEastAsia" w:hAnsi="Roboto" w:cstheme="minorBidi"/>
          <w:sz w:val="22"/>
          <w:szCs w:val="22"/>
          <w:lang w:eastAsia="en-US"/>
        </w:rPr>
        <w:t xml:space="preserve"> of QI. </w:t>
      </w:r>
      <w:r w:rsidR="0021324E" w:rsidRPr="008A77BF">
        <w:rPr>
          <w:rFonts w:ascii="Roboto" w:eastAsiaTheme="minorEastAsia" w:hAnsi="Roboto" w:cstheme="minorBidi"/>
          <w:sz w:val="22"/>
          <w:szCs w:val="22"/>
          <w:lang w:eastAsia="en-US"/>
        </w:rPr>
        <w:t xml:space="preserve">Designed to deliver maximum practical value, these </w:t>
      </w:r>
      <w:r w:rsidR="00B41100" w:rsidRPr="008A77BF">
        <w:rPr>
          <w:rFonts w:ascii="Roboto" w:eastAsiaTheme="minorEastAsia" w:hAnsi="Roboto" w:cstheme="minorBidi"/>
          <w:sz w:val="22"/>
          <w:szCs w:val="22"/>
          <w:lang w:eastAsia="en-US"/>
        </w:rPr>
        <w:t>fast-paced</w:t>
      </w:r>
      <w:r w:rsidR="0021324E" w:rsidRPr="008A77BF">
        <w:rPr>
          <w:rFonts w:ascii="Roboto" w:eastAsiaTheme="minorEastAsia" w:hAnsi="Roboto" w:cstheme="minorBidi"/>
          <w:sz w:val="22"/>
          <w:szCs w:val="22"/>
          <w:lang w:eastAsia="en-US"/>
        </w:rPr>
        <w:t xml:space="preserve"> sessions bypass abstract theory and research to focus strictly on real-world, frontline QI interventions that have achieved visible, measurable results.</w:t>
      </w:r>
    </w:p>
    <w:p w14:paraId="53360D4E" w14:textId="419BA1D1" w:rsidR="0021324E" w:rsidRDefault="0021324E" w:rsidP="008A77BF">
      <w:pPr>
        <w:pStyle w:val="NormalWeb"/>
        <w:spacing w:before="0" w:beforeAutospacing="0" w:after="0" w:afterAutospacing="0"/>
        <w:rPr>
          <w:rFonts w:ascii="Roboto" w:eastAsiaTheme="minorEastAsia" w:hAnsi="Roboto" w:cstheme="minorBidi"/>
          <w:sz w:val="22"/>
          <w:szCs w:val="22"/>
          <w:lang w:eastAsia="en-US"/>
        </w:rPr>
      </w:pPr>
      <w:r w:rsidRPr="008A77BF">
        <w:rPr>
          <w:rFonts w:ascii="Roboto" w:eastAsiaTheme="minorEastAsia" w:hAnsi="Roboto" w:cstheme="minorBidi"/>
          <w:sz w:val="22"/>
          <w:szCs w:val="22"/>
          <w:lang w:eastAsia="en-US"/>
        </w:rPr>
        <w:t xml:space="preserve">Each session will </w:t>
      </w:r>
      <w:r w:rsidR="00B247A9" w:rsidRPr="008A77BF">
        <w:rPr>
          <w:rFonts w:ascii="Roboto" w:eastAsiaTheme="minorEastAsia" w:hAnsi="Roboto" w:cstheme="minorBidi"/>
          <w:sz w:val="22"/>
          <w:szCs w:val="22"/>
          <w:lang w:eastAsia="en-US"/>
        </w:rPr>
        <w:t>feature</w:t>
      </w:r>
      <w:r w:rsidRPr="008A77BF">
        <w:rPr>
          <w:rFonts w:ascii="Roboto" w:eastAsiaTheme="minorEastAsia" w:hAnsi="Roboto" w:cstheme="minorBidi"/>
          <w:sz w:val="22"/>
          <w:szCs w:val="22"/>
          <w:lang w:eastAsia="en-US"/>
        </w:rPr>
        <w:t xml:space="preserve"> up to </w:t>
      </w:r>
      <w:r w:rsidR="00B247A9" w:rsidRPr="008A77BF">
        <w:rPr>
          <w:rFonts w:ascii="Roboto" w:eastAsiaTheme="minorEastAsia" w:hAnsi="Roboto" w:cstheme="minorBidi"/>
          <w:sz w:val="22"/>
          <w:szCs w:val="22"/>
          <w:lang w:eastAsia="en-US"/>
        </w:rPr>
        <w:t xml:space="preserve">a maximum of </w:t>
      </w:r>
      <w:r w:rsidRPr="008A77BF">
        <w:rPr>
          <w:rFonts w:ascii="Roboto" w:eastAsiaTheme="minorEastAsia" w:hAnsi="Roboto" w:cstheme="minorBidi"/>
          <w:sz w:val="22"/>
          <w:szCs w:val="22"/>
          <w:lang w:eastAsia="en-US"/>
        </w:rPr>
        <w:t xml:space="preserve">three </w:t>
      </w:r>
      <w:r w:rsidR="00B41100" w:rsidRPr="008A77BF">
        <w:rPr>
          <w:rFonts w:ascii="Roboto" w:eastAsiaTheme="minorEastAsia" w:hAnsi="Roboto" w:cstheme="minorBidi"/>
          <w:sz w:val="22"/>
          <w:szCs w:val="22"/>
          <w:lang w:eastAsia="en-US"/>
        </w:rPr>
        <w:t xml:space="preserve">speakers </w:t>
      </w:r>
      <w:r w:rsidRPr="008A77BF">
        <w:rPr>
          <w:rFonts w:ascii="Roboto" w:eastAsiaTheme="minorEastAsia" w:hAnsi="Roboto" w:cstheme="minorBidi"/>
          <w:sz w:val="22"/>
          <w:szCs w:val="22"/>
          <w:lang w:eastAsia="en-US"/>
        </w:rPr>
        <w:t xml:space="preserve">who each have a 10-minute slot to showcase their practical improvement project, sharing what actually worked on the ground, lessons learned, and actionable insights that attendees can replicate in their own healthcare settings. Every session concludes with a moderated Q&amp;A, encouraging interactive dialogue between the </w:t>
      </w:r>
      <w:r w:rsidR="00B247A9" w:rsidRPr="008A77BF">
        <w:rPr>
          <w:rFonts w:ascii="Roboto" w:eastAsiaTheme="minorEastAsia" w:hAnsi="Roboto" w:cstheme="minorBidi"/>
          <w:sz w:val="22"/>
          <w:szCs w:val="22"/>
          <w:lang w:eastAsia="en-US"/>
        </w:rPr>
        <w:t>delegates</w:t>
      </w:r>
      <w:r w:rsidRPr="008A77BF">
        <w:rPr>
          <w:rFonts w:ascii="Roboto" w:eastAsiaTheme="minorEastAsia" w:hAnsi="Roboto" w:cstheme="minorBidi"/>
          <w:sz w:val="22"/>
          <w:szCs w:val="22"/>
          <w:lang w:eastAsia="en-US"/>
        </w:rPr>
        <w:t xml:space="preserve"> and all speakers. </w:t>
      </w:r>
    </w:p>
    <w:p w14:paraId="73C7F9FF" w14:textId="77777777" w:rsidR="008A77BF" w:rsidRPr="008A77BF" w:rsidRDefault="008A77BF" w:rsidP="008A77BF">
      <w:pPr>
        <w:pStyle w:val="NormalWeb"/>
        <w:spacing w:before="0" w:beforeAutospacing="0" w:after="0" w:afterAutospacing="0"/>
        <w:rPr>
          <w:rFonts w:ascii="Roboto" w:eastAsiaTheme="minorEastAsia" w:hAnsi="Roboto" w:cstheme="minorBidi"/>
          <w:sz w:val="22"/>
          <w:szCs w:val="22"/>
          <w:lang w:eastAsia="en-US"/>
        </w:rPr>
      </w:pPr>
    </w:p>
    <w:p w14:paraId="6D844AEC" w14:textId="35F13B67" w:rsidR="0041178C" w:rsidRPr="008A77BF" w:rsidRDefault="000D6CE2" w:rsidP="008A77BF">
      <w:pPr>
        <w:pStyle w:val="Heading1"/>
        <w:numPr>
          <w:ilvl w:val="0"/>
          <w:numId w:val="31"/>
        </w:numPr>
        <w:spacing w:before="0"/>
        <w:rPr>
          <w:rFonts w:ascii="Roboto" w:hAnsi="Roboto"/>
          <w:color w:val="000000" w:themeColor="text1"/>
          <w:sz w:val="22"/>
          <w:szCs w:val="22"/>
        </w:rPr>
      </w:pPr>
      <w:r w:rsidRPr="008A77BF">
        <w:rPr>
          <w:rFonts w:ascii="Roboto" w:hAnsi="Roboto"/>
          <w:color w:val="000000" w:themeColor="text1"/>
          <w:sz w:val="22"/>
          <w:szCs w:val="22"/>
        </w:rPr>
        <w:t>General Instructions</w:t>
      </w:r>
    </w:p>
    <w:p w14:paraId="1AE3EA85" w14:textId="54C6A68B" w:rsidR="003F6F41" w:rsidRPr="008A77BF" w:rsidRDefault="000D6CE2" w:rsidP="006059BB">
      <w:pPr>
        <w:pStyle w:val="ListParagraph"/>
        <w:numPr>
          <w:ilvl w:val="0"/>
          <w:numId w:val="15"/>
        </w:numPr>
        <w:rPr>
          <w:rFonts w:ascii="Roboto" w:hAnsi="Roboto"/>
        </w:rPr>
      </w:pPr>
      <w:r w:rsidRPr="008A77BF">
        <w:rPr>
          <w:rFonts w:ascii="Roboto" w:hAnsi="Roboto"/>
        </w:rPr>
        <w:t xml:space="preserve">Abstracts </w:t>
      </w:r>
      <w:r w:rsidR="00B247A9" w:rsidRPr="008A77BF">
        <w:rPr>
          <w:rFonts w:ascii="Roboto" w:hAnsi="Roboto"/>
        </w:rPr>
        <w:t xml:space="preserve">to present in the </w:t>
      </w:r>
      <w:r w:rsidR="00B247A9" w:rsidRPr="008A77BF">
        <w:rPr>
          <w:rFonts w:ascii="Roboto" w:hAnsi="Roboto"/>
          <w:b/>
          <w:bCs/>
        </w:rPr>
        <w:t>Lightning Talks</w:t>
      </w:r>
      <w:r w:rsidR="00B247A9" w:rsidRPr="008A77BF">
        <w:rPr>
          <w:rFonts w:ascii="Roboto" w:hAnsi="Roboto"/>
        </w:rPr>
        <w:t xml:space="preserve"> session </w:t>
      </w:r>
      <w:r w:rsidRPr="008A77BF">
        <w:rPr>
          <w:rFonts w:ascii="Roboto" w:hAnsi="Roboto"/>
        </w:rPr>
        <w:t xml:space="preserve">must be submitted online only via the official </w:t>
      </w:r>
      <w:r w:rsidR="00C228B4" w:rsidRPr="008A77BF">
        <w:rPr>
          <w:rFonts w:ascii="Roboto" w:hAnsi="Roboto"/>
        </w:rPr>
        <w:t>convention web</w:t>
      </w:r>
      <w:r w:rsidRPr="008A77BF">
        <w:rPr>
          <w:rFonts w:ascii="Roboto" w:hAnsi="Roboto"/>
        </w:rPr>
        <w:t xml:space="preserve"> portal.</w:t>
      </w:r>
    </w:p>
    <w:p w14:paraId="40254F20" w14:textId="6EEF3538" w:rsidR="003F6F41" w:rsidRPr="008A77BF" w:rsidRDefault="000D6CE2" w:rsidP="006059BB">
      <w:pPr>
        <w:pStyle w:val="ListParagraph"/>
        <w:numPr>
          <w:ilvl w:val="0"/>
          <w:numId w:val="15"/>
        </w:numPr>
        <w:rPr>
          <w:rFonts w:ascii="Roboto" w:hAnsi="Roboto"/>
        </w:rPr>
      </w:pPr>
      <w:r w:rsidRPr="008A77BF">
        <w:rPr>
          <w:rFonts w:ascii="Roboto" w:hAnsi="Roboto"/>
        </w:rPr>
        <w:t xml:space="preserve">Submission Deadline: </w:t>
      </w:r>
      <w:r w:rsidR="007B162B" w:rsidRPr="008A77BF">
        <w:rPr>
          <w:rFonts w:ascii="Roboto" w:hAnsi="Roboto"/>
          <w:b/>
          <w:bCs/>
          <w:u w:val="single"/>
        </w:rPr>
        <w:t xml:space="preserve">15 </w:t>
      </w:r>
      <w:r w:rsidR="00396F13" w:rsidRPr="008A77BF">
        <w:rPr>
          <w:rFonts w:ascii="Roboto" w:hAnsi="Roboto"/>
          <w:b/>
          <w:bCs/>
          <w:u w:val="single"/>
        </w:rPr>
        <w:t>November</w:t>
      </w:r>
      <w:r w:rsidR="007B162B" w:rsidRPr="008A77BF">
        <w:rPr>
          <w:rFonts w:ascii="Roboto" w:hAnsi="Roboto"/>
          <w:b/>
          <w:bCs/>
          <w:u w:val="single"/>
        </w:rPr>
        <w:t xml:space="preserve"> 202</w:t>
      </w:r>
      <w:r w:rsidR="00396F13" w:rsidRPr="008A77BF">
        <w:rPr>
          <w:rFonts w:ascii="Roboto" w:hAnsi="Roboto"/>
          <w:b/>
          <w:bCs/>
          <w:u w:val="single"/>
        </w:rPr>
        <w:t>6</w:t>
      </w:r>
      <w:r w:rsidR="007B162B" w:rsidRPr="008A77BF">
        <w:rPr>
          <w:rFonts w:ascii="Roboto" w:hAnsi="Roboto"/>
        </w:rPr>
        <w:t xml:space="preserve">. </w:t>
      </w:r>
      <w:r w:rsidRPr="008A77BF">
        <w:rPr>
          <w:rFonts w:ascii="Roboto" w:hAnsi="Roboto"/>
        </w:rPr>
        <w:t>Late submissions will not be accepted.</w:t>
      </w:r>
    </w:p>
    <w:p w14:paraId="43145834" w14:textId="77777777" w:rsidR="00F01174" w:rsidRPr="008A77BF" w:rsidRDefault="000D6CE2" w:rsidP="006059BB">
      <w:pPr>
        <w:pStyle w:val="ListParagraph"/>
        <w:numPr>
          <w:ilvl w:val="0"/>
          <w:numId w:val="15"/>
        </w:numPr>
        <w:rPr>
          <w:rFonts w:ascii="Roboto" w:hAnsi="Roboto"/>
        </w:rPr>
      </w:pPr>
      <w:r w:rsidRPr="008A77BF">
        <w:rPr>
          <w:rFonts w:ascii="Roboto" w:hAnsi="Roboto"/>
        </w:rPr>
        <w:t>All abstracts must be written in English.</w:t>
      </w:r>
    </w:p>
    <w:p w14:paraId="51CA6BCB" w14:textId="1D0B0EC4" w:rsidR="00F01174" w:rsidRPr="008A77BF" w:rsidRDefault="00F01174" w:rsidP="006059BB">
      <w:pPr>
        <w:pStyle w:val="ListParagraph"/>
        <w:numPr>
          <w:ilvl w:val="0"/>
          <w:numId w:val="15"/>
        </w:numPr>
        <w:rPr>
          <w:rFonts w:ascii="Roboto" w:hAnsi="Roboto"/>
        </w:rPr>
      </w:pPr>
      <w:r w:rsidRPr="008A77BF">
        <w:rPr>
          <w:rFonts w:ascii="Roboto" w:hAnsi="Roboto"/>
        </w:rPr>
        <w:t>Please note that the submission of an abstract does not imply or guarantee its acceptance. All abstracts will be subject to a review process by the Abstract Review Committee.</w:t>
      </w:r>
    </w:p>
    <w:p w14:paraId="3F663015" w14:textId="77777777" w:rsidR="00922B65" w:rsidRDefault="00922B65" w:rsidP="00922B65">
      <w:pPr>
        <w:pStyle w:val="ListParagraph"/>
        <w:rPr>
          <w:rFonts w:ascii="Roboto" w:hAnsi="Roboto"/>
        </w:rPr>
      </w:pPr>
    </w:p>
    <w:p w14:paraId="6C55E371" w14:textId="77777777" w:rsidR="00906C2A" w:rsidRDefault="00906C2A" w:rsidP="00922B65">
      <w:pPr>
        <w:pStyle w:val="ListParagraph"/>
        <w:rPr>
          <w:rFonts w:ascii="Roboto" w:hAnsi="Roboto"/>
        </w:rPr>
      </w:pPr>
    </w:p>
    <w:p w14:paraId="3ABBC5B1" w14:textId="77777777" w:rsidR="00906C2A" w:rsidRPr="008A77BF" w:rsidRDefault="00906C2A" w:rsidP="00922B65">
      <w:pPr>
        <w:pStyle w:val="ListParagraph"/>
        <w:rPr>
          <w:rFonts w:ascii="Roboto" w:hAnsi="Roboto"/>
        </w:rPr>
      </w:pPr>
    </w:p>
    <w:p w14:paraId="68452B3F" w14:textId="7FC29957" w:rsidR="0041178C" w:rsidRPr="008A77BF" w:rsidRDefault="00F01174" w:rsidP="003F6F41">
      <w:pPr>
        <w:pStyle w:val="ListParagraph"/>
        <w:numPr>
          <w:ilvl w:val="0"/>
          <w:numId w:val="31"/>
        </w:numPr>
        <w:rPr>
          <w:rFonts w:ascii="Roboto" w:hAnsi="Roboto"/>
          <w:color w:val="000000" w:themeColor="text1"/>
        </w:rPr>
      </w:pPr>
      <w:r w:rsidRPr="008A77BF">
        <w:rPr>
          <w:rFonts w:ascii="Roboto" w:eastAsiaTheme="majorEastAsia" w:hAnsi="Roboto" w:cstheme="majorBidi"/>
          <w:b/>
          <w:bCs/>
          <w:color w:val="000000" w:themeColor="text1"/>
        </w:rPr>
        <w:lastRenderedPageBreak/>
        <w:t>Thematic Areas</w:t>
      </w:r>
    </w:p>
    <w:p w14:paraId="4779627E" w14:textId="727D79C9" w:rsidR="0000367F" w:rsidRDefault="0000367F" w:rsidP="00906C2A">
      <w:pPr>
        <w:pStyle w:val="ListParagraph"/>
        <w:ind w:left="360"/>
        <w:rPr>
          <w:rFonts w:ascii="Roboto" w:hAnsi="Roboto"/>
        </w:rPr>
      </w:pPr>
      <w:r w:rsidRPr="008A77BF">
        <w:rPr>
          <w:rFonts w:ascii="Roboto" w:hAnsi="Roboto"/>
        </w:rPr>
        <w:t>Speakers</w:t>
      </w:r>
      <w:r w:rsidR="003F6F41" w:rsidRPr="008A77BF">
        <w:rPr>
          <w:rFonts w:ascii="Roboto" w:hAnsi="Roboto"/>
        </w:rPr>
        <w:t xml:space="preserve"> must select one </w:t>
      </w:r>
      <w:r w:rsidR="00435BAC" w:rsidRPr="008A77BF">
        <w:rPr>
          <w:rFonts w:ascii="Roboto" w:hAnsi="Roboto"/>
        </w:rPr>
        <w:t>track</w:t>
      </w:r>
      <w:r w:rsidR="003F6F41" w:rsidRPr="008A77BF">
        <w:rPr>
          <w:rFonts w:ascii="Roboto" w:hAnsi="Roboto"/>
        </w:rPr>
        <w:t xml:space="preserve"> from the following:</w:t>
      </w:r>
    </w:p>
    <w:p w14:paraId="2D72090C" w14:textId="77777777" w:rsidR="00906C2A" w:rsidRPr="00906C2A" w:rsidRDefault="00906C2A" w:rsidP="00906C2A">
      <w:pPr>
        <w:pStyle w:val="ListParagraph"/>
        <w:ind w:left="360"/>
        <w:rPr>
          <w:rFonts w:ascii="Roboto" w:hAnsi="Roboto"/>
        </w:rPr>
      </w:pPr>
    </w:p>
    <w:p w14:paraId="759E8ACE" w14:textId="307EED36" w:rsidR="003F6F41" w:rsidRPr="008A77BF" w:rsidRDefault="00F01174" w:rsidP="0000367F">
      <w:pPr>
        <w:pStyle w:val="ListParagraph"/>
        <w:numPr>
          <w:ilvl w:val="0"/>
          <w:numId w:val="34"/>
        </w:numPr>
        <w:rPr>
          <w:rFonts w:ascii="Roboto" w:hAnsi="Roboto"/>
        </w:rPr>
      </w:pPr>
      <w:r w:rsidRPr="008A77BF">
        <w:rPr>
          <w:rFonts w:ascii="Roboto" w:hAnsi="Roboto"/>
        </w:rPr>
        <w:t xml:space="preserve">Theme 1: </w:t>
      </w:r>
      <w:r w:rsidR="0000367F" w:rsidRPr="008A77BF">
        <w:rPr>
          <w:rFonts w:ascii="Roboto" w:hAnsi="Roboto"/>
        </w:rPr>
        <w:t xml:space="preserve">Quality Improvement in Mental Health Care services </w:t>
      </w:r>
    </w:p>
    <w:p w14:paraId="7CC1B24E" w14:textId="0421595D" w:rsidR="0000367F" w:rsidRPr="008A77BF" w:rsidRDefault="00F01174" w:rsidP="0000367F">
      <w:pPr>
        <w:pStyle w:val="ListParagraph"/>
        <w:numPr>
          <w:ilvl w:val="0"/>
          <w:numId w:val="34"/>
        </w:numPr>
        <w:rPr>
          <w:rFonts w:ascii="Roboto" w:hAnsi="Roboto"/>
        </w:rPr>
      </w:pPr>
      <w:r w:rsidRPr="008A77BF">
        <w:rPr>
          <w:rFonts w:ascii="Roboto" w:hAnsi="Roboto"/>
        </w:rPr>
        <w:t xml:space="preserve">Theme 2: </w:t>
      </w:r>
      <w:r w:rsidR="0000367F" w:rsidRPr="008A77BF">
        <w:rPr>
          <w:rFonts w:ascii="Roboto" w:hAnsi="Roboto"/>
        </w:rPr>
        <w:t>Quality Improvement in Maternal and Newborn Health Care (MNH) Services</w:t>
      </w:r>
    </w:p>
    <w:p w14:paraId="2881AEF2" w14:textId="74C5C95F" w:rsidR="001915FF" w:rsidRPr="008A77BF" w:rsidRDefault="001915FF" w:rsidP="0000367F">
      <w:pPr>
        <w:pStyle w:val="ListParagraph"/>
        <w:numPr>
          <w:ilvl w:val="0"/>
          <w:numId w:val="34"/>
        </w:numPr>
        <w:rPr>
          <w:rFonts w:ascii="Roboto" w:hAnsi="Roboto"/>
        </w:rPr>
      </w:pPr>
      <w:r w:rsidRPr="008A77BF">
        <w:rPr>
          <w:rFonts w:ascii="Roboto" w:hAnsi="Roboto"/>
        </w:rPr>
        <w:t xml:space="preserve">Theme 3: </w:t>
      </w:r>
      <w:r w:rsidR="0000367F" w:rsidRPr="008A77BF">
        <w:rPr>
          <w:rFonts w:ascii="Roboto" w:hAnsi="Roboto"/>
        </w:rPr>
        <w:t xml:space="preserve">Quality Improvement in Managing Non-Communicable Diseases (NCD) </w:t>
      </w:r>
    </w:p>
    <w:p w14:paraId="21F76F75" w14:textId="34C946D4" w:rsidR="0000367F" w:rsidRPr="008A77BF" w:rsidRDefault="001915FF" w:rsidP="0000367F">
      <w:pPr>
        <w:pStyle w:val="ListParagraph"/>
        <w:numPr>
          <w:ilvl w:val="0"/>
          <w:numId w:val="34"/>
        </w:numPr>
        <w:rPr>
          <w:rFonts w:ascii="Roboto" w:hAnsi="Roboto"/>
        </w:rPr>
      </w:pPr>
      <w:r w:rsidRPr="008A77BF">
        <w:rPr>
          <w:rFonts w:ascii="Roboto" w:hAnsi="Roboto"/>
        </w:rPr>
        <w:t xml:space="preserve">Theme 4: </w:t>
      </w:r>
      <w:r w:rsidR="0000367F" w:rsidRPr="008A77BF">
        <w:rPr>
          <w:rFonts w:ascii="Roboto" w:hAnsi="Roboto"/>
        </w:rPr>
        <w:t xml:space="preserve">Quality Improvement in Infrastructure Design to </w:t>
      </w:r>
      <w:r w:rsidR="00906C2A">
        <w:rPr>
          <w:rFonts w:ascii="Roboto" w:hAnsi="Roboto"/>
        </w:rPr>
        <w:t>E</w:t>
      </w:r>
      <w:r w:rsidR="0000367F" w:rsidRPr="008A77BF">
        <w:rPr>
          <w:rFonts w:ascii="Roboto" w:hAnsi="Roboto"/>
        </w:rPr>
        <w:t>nsure Patient-</w:t>
      </w:r>
      <w:r w:rsidR="00906C2A">
        <w:rPr>
          <w:rFonts w:ascii="Roboto" w:hAnsi="Roboto"/>
        </w:rPr>
        <w:t>C</w:t>
      </w:r>
      <w:r w:rsidR="0000367F" w:rsidRPr="008A77BF">
        <w:rPr>
          <w:rFonts w:ascii="Roboto" w:hAnsi="Roboto"/>
        </w:rPr>
        <w:t>entric Services</w:t>
      </w:r>
    </w:p>
    <w:p w14:paraId="6C9B1B83" w14:textId="3AC43E93" w:rsidR="001915FF" w:rsidRPr="008A77BF" w:rsidRDefault="001915FF" w:rsidP="0000367F">
      <w:pPr>
        <w:pStyle w:val="ListParagraph"/>
        <w:numPr>
          <w:ilvl w:val="0"/>
          <w:numId w:val="34"/>
        </w:numPr>
        <w:rPr>
          <w:rFonts w:ascii="Roboto" w:hAnsi="Roboto"/>
        </w:rPr>
      </w:pPr>
      <w:r w:rsidRPr="008A77BF">
        <w:rPr>
          <w:rFonts w:ascii="Roboto" w:hAnsi="Roboto"/>
        </w:rPr>
        <w:t xml:space="preserve">Theme 5: </w:t>
      </w:r>
      <w:r w:rsidR="0000367F" w:rsidRPr="008A77BF">
        <w:rPr>
          <w:rFonts w:ascii="Roboto" w:hAnsi="Roboto"/>
        </w:rPr>
        <w:t xml:space="preserve">Quality Improvement through Healthcare Innovation or </w:t>
      </w:r>
      <w:r w:rsidR="00906C2A">
        <w:rPr>
          <w:rFonts w:ascii="Roboto" w:hAnsi="Roboto"/>
        </w:rPr>
        <w:t>U</w:t>
      </w:r>
      <w:r w:rsidR="0000367F" w:rsidRPr="008A77BF">
        <w:rPr>
          <w:rFonts w:ascii="Roboto" w:hAnsi="Roboto"/>
        </w:rPr>
        <w:t xml:space="preserve">se of Technology </w:t>
      </w:r>
    </w:p>
    <w:p w14:paraId="6B339C73" w14:textId="65D7AE96" w:rsidR="0041178C" w:rsidRPr="008A77BF" w:rsidRDefault="001915FF" w:rsidP="008A77BF">
      <w:pPr>
        <w:pStyle w:val="ListParagraph"/>
        <w:numPr>
          <w:ilvl w:val="0"/>
          <w:numId w:val="34"/>
        </w:numPr>
        <w:rPr>
          <w:rFonts w:ascii="Roboto" w:hAnsi="Roboto"/>
        </w:rPr>
      </w:pPr>
      <w:r w:rsidRPr="671A9B73">
        <w:rPr>
          <w:rFonts w:ascii="Roboto" w:hAnsi="Roboto"/>
        </w:rPr>
        <w:t xml:space="preserve">Theme 6: </w:t>
      </w:r>
      <w:r w:rsidR="0000367F" w:rsidRPr="671A9B73">
        <w:rPr>
          <w:rFonts w:ascii="Roboto" w:hAnsi="Roboto"/>
        </w:rPr>
        <w:t xml:space="preserve">Quality Improvement </w:t>
      </w:r>
      <w:r w:rsidR="00906C2A">
        <w:rPr>
          <w:rFonts w:ascii="Roboto" w:hAnsi="Roboto"/>
        </w:rPr>
        <w:t>I</w:t>
      </w:r>
      <w:r w:rsidR="0000367F" w:rsidRPr="671A9B73">
        <w:rPr>
          <w:rFonts w:ascii="Roboto" w:hAnsi="Roboto"/>
        </w:rPr>
        <w:t xml:space="preserve">nitiatives to </w:t>
      </w:r>
      <w:r w:rsidR="00906C2A">
        <w:rPr>
          <w:rFonts w:ascii="Roboto" w:hAnsi="Roboto"/>
        </w:rPr>
        <w:t>E</w:t>
      </w:r>
      <w:r w:rsidR="0000367F" w:rsidRPr="671A9B73">
        <w:rPr>
          <w:rFonts w:ascii="Roboto" w:hAnsi="Roboto"/>
        </w:rPr>
        <w:t>nsure Occupational Health Safety</w:t>
      </w:r>
    </w:p>
    <w:p w14:paraId="4F391819" w14:textId="0416C091" w:rsidR="00EC2F7E" w:rsidRPr="008A77BF" w:rsidRDefault="00B41100" w:rsidP="0041178C">
      <w:pPr>
        <w:spacing w:after="0"/>
        <w:rPr>
          <w:rFonts w:ascii="Roboto" w:hAnsi="Roboto"/>
          <w:b/>
          <w:bCs/>
        </w:rPr>
      </w:pPr>
      <w:r w:rsidRPr="008A77BF">
        <w:rPr>
          <w:rFonts w:ascii="Roboto" w:hAnsi="Roboto"/>
          <w:b/>
          <w:bCs/>
          <w:color w:val="000000" w:themeColor="text1"/>
        </w:rPr>
        <w:t>4</w:t>
      </w:r>
      <w:r w:rsidR="00EC2F7E" w:rsidRPr="008A77BF">
        <w:rPr>
          <w:rFonts w:ascii="Roboto" w:hAnsi="Roboto"/>
          <w:b/>
          <w:bCs/>
          <w:color w:val="000000" w:themeColor="text1"/>
        </w:rPr>
        <w:t xml:space="preserve">. </w:t>
      </w:r>
      <w:r w:rsidR="0041178C" w:rsidRPr="008A77BF">
        <w:rPr>
          <w:rFonts w:ascii="Roboto" w:hAnsi="Roboto"/>
          <w:b/>
          <w:bCs/>
          <w:color w:val="000000" w:themeColor="text1"/>
        </w:rPr>
        <w:t xml:space="preserve">  </w:t>
      </w:r>
      <w:r w:rsidR="00EC2F7E" w:rsidRPr="008A77BF">
        <w:rPr>
          <w:rFonts w:ascii="Roboto" w:hAnsi="Roboto"/>
          <w:b/>
          <w:bCs/>
          <w:color w:val="000000" w:themeColor="text1"/>
        </w:rPr>
        <w:t>Submission Process</w:t>
      </w:r>
    </w:p>
    <w:p w14:paraId="715CB9BA" w14:textId="2570477B" w:rsidR="00EC2F7E" w:rsidRPr="008A77BF" w:rsidRDefault="00EC2F7E" w:rsidP="0041178C">
      <w:pPr>
        <w:pStyle w:val="ListParagraph"/>
        <w:numPr>
          <w:ilvl w:val="0"/>
          <w:numId w:val="25"/>
        </w:numPr>
        <w:spacing w:after="0"/>
        <w:rPr>
          <w:rFonts w:ascii="Roboto" w:hAnsi="Roboto"/>
        </w:rPr>
      </w:pPr>
      <w:r w:rsidRPr="008A77BF">
        <w:rPr>
          <w:rFonts w:ascii="Roboto" w:hAnsi="Roboto"/>
        </w:rPr>
        <w:t xml:space="preserve">All abstracts must be submitted electronically via the convention’s </w:t>
      </w:r>
      <w:r w:rsidRPr="008A77BF">
        <w:rPr>
          <w:rFonts w:ascii="Roboto" w:hAnsi="Roboto"/>
          <w:b/>
          <w:bCs/>
        </w:rPr>
        <w:t>official submission portal</w:t>
      </w:r>
      <w:r w:rsidRPr="008A77BF">
        <w:rPr>
          <w:rFonts w:ascii="Roboto" w:hAnsi="Roboto"/>
        </w:rPr>
        <w:t xml:space="preserve"> </w:t>
      </w:r>
      <w:r w:rsidR="00B41100" w:rsidRPr="008A77BF">
        <w:rPr>
          <w:rFonts w:ascii="Roboto" w:hAnsi="Roboto"/>
        </w:rPr>
        <w:t>within</w:t>
      </w:r>
      <w:r w:rsidRPr="008A77BF">
        <w:rPr>
          <w:rFonts w:ascii="Roboto" w:hAnsi="Roboto"/>
        </w:rPr>
        <w:t xml:space="preserve"> the deadline</w:t>
      </w:r>
      <w:r w:rsidR="00B41100" w:rsidRPr="008A77BF">
        <w:rPr>
          <w:rFonts w:ascii="Roboto" w:hAnsi="Roboto"/>
        </w:rPr>
        <w:t xml:space="preserve"> in </w:t>
      </w:r>
      <w:r w:rsidR="00B41100" w:rsidRPr="008A77BF">
        <w:rPr>
          <w:rFonts w:ascii="Roboto" w:hAnsi="Roboto"/>
          <w:b/>
          <w:bCs/>
        </w:rPr>
        <w:t>PDF format.</w:t>
      </w:r>
    </w:p>
    <w:p w14:paraId="0D4E0B8F" w14:textId="60DCF90A" w:rsidR="00EC2F7E" w:rsidRPr="008A77BF" w:rsidRDefault="00EC2F7E" w:rsidP="0041178C">
      <w:pPr>
        <w:pStyle w:val="ListParagraph"/>
        <w:numPr>
          <w:ilvl w:val="0"/>
          <w:numId w:val="25"/>
        </w:numPr>
        <w:spacing w:after="0"/>
        <w:rPr>
          <w:rFonts w:ascii="Roboto" w:hAnsi="Roboto"/>
        </w:rPr>
      </w:pPr>
      <w:r w:rsidRPr="008A77BF">
        <w:rPr>
          <w:rFonts w:ascii="Roboto" w:hAnsi="Roboto"/>
        </w:rPr>
        <w:t xml:space="preserve">Submissions via email or post will </w:t>
      </w:r>
      <w:r w:rsidRPr="008A77BF">
        <w:rPr>
          <w:rFonts w:ascii="Roboto" w:hAnsi="Roboto"/>
          <w:b/>
          <w:bCs/>
        </w:rPr>
        <w:t>not be accepted</w:t>
      </w:r>
      <w:r w:rsidRPr="008A77BF">
        <w:rPr>
          <w:rFonts w:ascii="Roboto" w:hAnsi="Roboto"/>
        </w:rPr>
        <w:t>.</w:t>
      </w:r>
    </w:p>
    <w:p w14:paraId="2C685CEE" w14:textId="77777777" w:rsidR="0041178C" w:rsidRPr="008A77BF" w:rsidRDefault="00EC2F7E" w:rsidP="0041178C">
      <w:pPr>
        <w:pStyle w:val="ListParagraph"/>
        <w:numPr>
          <w:ilvl w:val="0"/>
          <w:numId w:val="25"/>
        </w:numPr>
        <w:spacing w:after="0"/>
        <w:rPr>
          <w:rFonts w:ascii="Roboto" w:hAnsi="Roboto"/>
        </w:rPr>
      </w:pPr>
      <w:r w:rsidRPr="008A77BF">
        <w:rPr>
          <w:rFonts w:ascii="Roboto" w:hAnsi="Roboto"/>
        </w:rPr>
        <w:t>Authors must ensure that the abstract is thoroughly proofread before final submission</w:t>
      </w:r>
    </w:p>
    <w:p w14:paraId="21D218BF" w14:textId="77777777" w:rsidR="0041178C" w:rsidRPr="008A77BF" w:rsidRDefault="0041178C" w:rsidP="0041178C">
      <w:pPr>
        <w:spacing w:after="0"/>
        <w:rPr>
          <w:rFonts w:ascii="Roboto" w:hAnsi="Roboto"/>
          <w:color w:val="000000" w:themeColor="text1"/>
        </w:rPr>
      </w:pPr>
    </w:p>
    <w:p w14:paraId="720B5CA0" w14:textId="0AC5854D" w:rsidR="00AE42AE" w:rsidRPr="008A77BF" w:rsidRDefault="008C297E" w:rsidP="0041178C">
      <w:pPr>
        <w:spacing w:after="0"/>
        <w:rPr>
          <w:rFonts w:ascii="Roboto" w:hAnsi="Roboto"/>
          <w:b/>
          <w:bCs/>
        </w:rPr>
      </w:pPr>
      <w:r w:rsidRPr="008A77BF">
        <w:rPr>
          <w:rFonts w:ascii="Roboto" w:hAnsi="Roboto"/>
          <w:b/>
          <w:bCs/>
          <w:color w:val="000000" w:themeColor="text1"/>
        </w:rPr>
        <w:t xml:space="preserve">6. </w:t>
      </w:r>
      <w:r w:rsidR="0041178C" w:rsidRPr="008A77BF">
        <w:rPr>
          <w:rFonts w:ascii="Roboto" w:hAnsi="Roboto"/>
          <w:b/>
          <w:bCs/>
          <w:color w:val="000000" w:themeColor="text1"/>
        </w:rPr>
        <w:t xml:space="preserve">  </w:t>
      </w:r>
      <w:r w:rsidRPr="008A77BF">
        <w:rPr>
          <w:rFonts w:ascii="Roboto" w:hAnsi="Roboto"/>
          <w:b/>
          <w:bCs/>
          <w:color w:val="000000" w:themeColor="text1"/>
        </w:rPr>
        <w:t>Presentation Format</w:t>
      </w:r>
    </w:p>
    <w:p w14:paraId="64269FDB" w14:textId="2796F7C1" w:rsidR="00B41100" w:rsidRPr="008A77BF" w:rsidRDefault="0041178C" w:rsidP="0041178C">
      <w:pPr>
        <w:spacing w:after="0"/>
      </w:pPr>
      <w:r w:rsidRPr="7B472F35">
        <w:rPr>
          <w:rFonts w:ascii="Roboto" w:hAnsi="Roboto"/>
        </w:rPr>
        <w:t xml:space="preserve">      </w:t>
      </w:r>
      <w:r w:rsidR="00B41100" w:rsidRPr="7B472F35">
        <w:rPr>
          <w:rFonts w:ascii="Roboto" w:hAnsi="Roboto"/>
        </w:rPr>
        <w:t>Speakers can present in any of the following formats</w:t>
      </w:r>
      <w:r w:rsidR="3AE35154" w:rsidRPr="7B472F35">
        <w:rPr>
          <w:rFonts w:ascii="Roboto" w:hAnsi="Roboto"/>
        </w:rPr>
        <w:t xml:space="preserve"> following the </w:t>
      </w:r>
      <w:r w:rsidR="3AE35154" w:rsidRPr="00906C2A">
        <w:rPr>
          <w:rFonts w:ascii="Roboto" w:hAnsi="Roboto"/>
          <w:b/>
          <w:bCs/>
        </w:rPr>
        <w:t>given PPT Template</w:t>
      </w:r>
    </w:p>
    <w:p w14:paraId="2AB012EE" w14:textId="77777777" w:rsidR="00B41100" w:rsidRPr="008A77BF" w:rsidRDefault="5C05B662" w:rsidP="00B41100">
      <w:pPr>
        <w:pStyle w:val="ListParagraph"/>
        <w:numPr>
          <w:ilvl w:val="0"/>
          <w:numId w:val="35"/>
        </w:numPr>
        <w:spacing w:after="0"/>
        <w:rPr>
          <w:rFonts w:ascii="Roboto" w:hAnsi="Roboto"/>
        </w:rPr>
      </w:pPr>
      <w:r w:rsidRPr="7B472F35">
        <w:rPr>
          <w:rFonts w:ascii="Roboto" w:hAnsi="Roboto"/>
        </w:rPr>
        <w:t xml:space="preserve">PowerPoint </w:t>
      </w:r>
    </w:p>
    <w:p w14:paraId="0E16787B" w14:textId="44E93E72" w:rsidR="00EC2F7E" w:rsidRPr="008A77BF" w:rsidRDefault="00B41100" w:rsidP="00B41100">
      <w:pPr>
        <w:pStyle w:val="ListParagraph"/>
        <w:numPr>
          <w:ilvl w:val="0"/>
          <w:numId w:val="35"/>
        </w:numPr>
        <w:spacing w:after="0"/>
        <w:rPr>
          <w:rFonts w:ascii="Roboto" w:hAnsi="Roboto"/>
        </w:rPr>
      </w:pPr>
      <w:r w:rsidRPr="008A77BF">
        <w:rPr>
          <w:rFonts w:ascii="Roboto" w:hAnsi="Roboto"/>
        </w:rPr>
        <w:t>Audio-visual e.g. video story</w:t>
      </w:r>
    </w:p>
    <w:p w14:paraId="786058E0" w14:textId="6E630EC3" w:rsidR="00B41100" w:rsidRPr="008A77BF" w:rsidRDefault="00B41100" w:rsidP="00B41100">
      <w:pPr>
        <w:pStyle w:val="ListParagraph"/>
        <w:numPr>
          <w:ilvl w:val="0"/>
          <w:numId w:val="35"/>
        </w:numPr>
        <w:spacing w:after="0"/>
        <w:rPr>
          <w:rFonts w:ascii="Roboto" w:hAnsi="Roboto"/>
        </w:rPr>
      </w:pPr>
      <w:r w:rsidRPr="008A77BF">
        <w:rPr>
          <w:rFonts w:ascii="Roboto" w:hAnsi="Roboto"/>
        </w:rPr>
        <w:t>Photo slides</w:t>
      </w:r>
    </w:p>
    <w:p w14:paraId="02D8202B" w14:textId="104077F1" w:rsidR="00AE42AE" w:rsidRPr="008A77BF" w:rsidRDefault="000D6CE2" w:rsidP="0041178C">
      <w:pPr>
        <w:spacing w:after="0"/>
        <w:rPr>
          <w:rFonts w:ascii="Roboto" w:hAnsi="Roboto"/>
          <w:color w:val="000000" w:themeColor="text1"/>
        </w:rPr>
      </w:pPr>
      <w:r w:rsidRPr="008A77BF">
        <w:rPr>
          <w:rFonts w:ascii="Roboto" w:hAnsi="Roboto"/>
        </w:rPr>
        <w:br/>
      </w:r>
      <w:r w:rsidR="008C297E" w:rsidRPr="008A77BF">
        <w:rPr>
          <w:rFonts w:ascii="Roboto" w:eastAsiaTheme="majorEastAsia" w:hAnsi="Roboto" w:cstheme="majorBidi"/>
          <w:b/>
          <w:bCs/>
          <w:color w:val="000000" w:themeColor="text1"/>
        </w:rPr>
        <w:t>7</w:t>
      </w:r>
      <w:r w:rsidRPr="008A77BF">
        <w:rPr>
          <w:rFonts w:ascii="Roboto" w:eastAsiaTheme="majorEastAsia" w:hAnsi="Roboto" w:cstheme="majorBidi"/>
          <w:b/>
          <w:bCs/>
          <w:color w:val="000000" w:themeColor="text1"/>
        </w:rPr>
        <w:t xml:space="preserve">. </w:t>
      </w:r>
      <w:r w:rsidR="0041178C" w:rsidRPr="008A77BF">
        <w:rPr>
          <w:rFonts w:ascii="Roboto" w:eastAsiaTheme="majorEastAsia" w:hAnsi="Roboto" w:cstheme="majorBidi"/>
          <w:b/>
          <w:bCs/>
          <w:color w:val="000000" w:themeColor="text1"/>
        </w:rPr>
        <w:t xml:space="preserve">  </w:t>
      </w:r>
      <w:r w:rsidRPr="008A77BF">
        <w:rPr>
          <w:rFonts w:ascii="Roboto" w:eastAsiaTheme="majorEastAsia" w:hAnsi="Roboto" w:cstheme="majorBidi"/>
          <w:b/>
          <w:bCs/>
          <w:color w:val="000000" w:themeColor="text1"/>
        </w:rPr>
        <w:t>Important Dates</w:t>
      </w:r>
    </w:p>
    <w:p w14:paraId="5CBE4980" w14:textId="2D91E4B2" w:rsidR="003F6F41" w:rsidRPr="008A77BF" w:rsidRDefault="000D6CE2" w:rsidP="003F6F41">
      <w:pPr>
        <w:pStyle w:val="ListParagraph"/>
        <w:numPr>
          <w:ilvl w:val="0"/>
          <w:numId w:val="19"/>
        </w:numPr>
        <w:ind w:left="360" w:firstLine="0"/>
        <w:rPr>
          <w:rFonts w:ascii="Roboto" w:hAnsi="Roboto"/>
        </w:rPr>
      </w:pPr>
      <w:r w:rsidRPr="008A77BF">
        <w:rPr>
          <w:rFonts w:ascii="Roboto" w:hAnsi="Roboto"/>
        </w:rPr>
        <w:t>Abstract Submission Opens</w:t>
      </w:r>
      <w:r w:rsidR="003F6F41" w:rsidRPr="008A77BF">
        <w:rPr>
          <w:rFonts w:ascii="Roboto" w:hAnsi="Roboto"/>
        </w:rPr>
        <w:tab/>
      </w:r>
      <w:r w:rsidR="003F6F41" w:rsidRPr="008A77BF">
        <w:rPr>
          <w:rFonts w:ascii="Roboto" w:hAnsi="Roboto"/>
        </w:rPr>
        <w:tab/>
      </w:r>
      <w:r w:rsidRPr="008A77BF">
        <w:rPr>
          <w:rFonts w:ascii="Roboto" w:hAnsi="Roboto"/>
        </w:rPr>
        <w:t xml:space="preserve">: </w:t>
      </w:r>
      <w:r w:rsidR="00396F13" w:rsidRPr="008A77BF">
        <w:rPr>
          <w:rFonts w:ascii="Roboto" w:hAnsi="Roboto"/>
        </w:rPr>
        <w:t>October 1, 2026</w:t>
      </w:r>
    </w:p>
    <w:p w14:paraId="2E277459" w14:textId="7D9ACB14" w:rsidR="003F6F41" w:rsidRPr="008A77BF" w:rsidRDefault="000D6CE2" w:rsidP="003F6F41">
      <w:pPr>
        <w:pStyle w:val="ListParagraph"/>
        <w:numPr>
          <w:ilvl w:val="0"/>
          <w:numId w:val="19"/>
        </w:numPr>
        <w:ind w:left="360" w:firstLine="0"/>
        <w:rPr>
          <w:rFonts w:ascii="Roboto" w:hAnsi="Roboto"/>
        </w:rPr>
      </w:pPr>
      <w:r w:rsidRPr="008A77BF">
        <w:rPr>
          <w:rFonts w:ascii="Roboto" w:hAnsi="Roboto"/>
        </w:rPr>
        <w:t>Submission Deadline</w:t>
      </w:r>
      <w:r w:rsidR="003F6F41" w:rsidRPr="008A77BF">
        <w:rPr>
          <w:rFonts w:ascii="Roboto" w:hAnsi="Roboto"/>
        </w:rPr>
        <w:tab/>
      </w:r>
      <w:r w:rsidR="003F6F41" w:rsidRPr="008A77BF">
        <w:rPr>
          <w:rFonts w:ascii="Roboto" w:hAnsi="Roboto"/>
        </w:rPr>
        <w:tab/>
      </w:r>
      <w:r w:rsidR="003F6F41" w:rsidRPr="008A77BF">
        <w:rPr>
          <w:rFonts w:ascii="Roboto" w:hAnsi="Roboto"/>
        </w:rPr>
        <w:tab/>
      </w:r>
      <w:r w:rsidRPr="008A77BF">
        <w:rPr>
          <w:rFonts w:ascii="Roboto" w:hAnsi="Roboto"/>
        </w:rPr>
        <w:t>:</w:t>
      </w:r>
      <w:r w:rsidR="003F6F41" w:rsidRPr="008A77BF">
        <w:rPr>
          <w:rFonts w:ascii="Roboto" w:hAnsi="Roboto"/>
        </w:rPr>
        <w:t xml:space="preserve"> </w:t>
      </w:r>
      <w:r w:rsidR="00396F13" w:rsidRPr="008A77BF">
        <w:rPr>
          <w:rFonts w:ascii="Roboto" w:hAnsi="Roboto"/>
        </w:rPr>
        <w:t>November 15, 2026</w:t>
      </w:r>
      <w:r w:rsidR="007B162B" w:rsidRPr="008A77BF">
        <w:rPr>
          <w:rFonts w:ascii="Roboto" w:hAnsi="Roboto"/>
        </w:rPr>
        <w:t xml:space="preserve"> </w:t>
      </w:r>
    </w:p>
    <w:p w14:paraId="32011DE2" w14:textId="6335EC5E" w:rsidR="003F6F41" w:rsidRPr="008A77BF" w:rsidRDefault="003F6F41" w:rsidP="003F6F41">
      <w:pPr>
        <w:pStyle w:val="ListParagraph"/>
        <w:numPr>
          <w:ilvl w:val="0"/>
          <w:numId w:val="19"/>
        </w:numPr>
        <w:ind w:left="360" w:firstLine="0"/>
        <w:rPr>
          <w:rFonts w:ascii="Roboto" w:hAnsi="Roboto"/>
        </w:rPr>
      </w:pPr>
      <w:r w:rsidRPr="008A77BF">
        <w:rPr>
          <w:rFonts w:ascii="Roboto" w:hAnsi="Roboto"/>
        </w:rPr>
        <w:t>Abstract withdrawal Deadline</w:t>
      </w:r>
      <w:r w:rsidRPr="008A77BF">
        <w:rPr>
          <w:rFonts w:ascii="Roboto" w:hAnsi="Roboto"/>
        </w:rPr>
        <w:tab/>
      </w:r>
      <w:r w:rsidRPr="008A77BF">
        <w:rPr>
          <w:rFonts w:ascii="Roboto" w:hAnsi="Roboto"/>
        </w:rPr>
        <w:tab/>
        <w:t xml:space="preserve">: </w:t>
      </w:r>
      <w:r w:rsidR="00396F13" w:rsidRPr="008A77BF">
        <w:rPr>
          <w:rFonts w:ascii="Roboto" w:hAnsi="Roboto"/>
        </w:rPr>
        <w:t>November 20</w:t>
      </w:r>
      <w:r w:rsidR="0069637F" w:rsidRPr="008A77BF">
        <w:rPr>
          <w:rFonts w:ascii="Roboto" w:hAnsi="Roboto"/>
        </w:rPr>
        <w:t>,</w:t>
      </w:r>
      <w:r w:rsidR="007B162B" w:rsidRPr="008A77BF">
        <w:rPr>
          <w:rFonts w:ascii="Roboto" w:hAnsi="Roboto"/>
        </w:rPr>
        <w:t xml:space="preserve"> 202</w:t>
      </w:r>
      <w:r w:rsidR="00396F13" w:rsidRPr="008A77BF">
        <w:rPr>
          <w:rFonts w:ascii="Roboto" w:hAnsi="Roboto"/>
        </w:rPr>
        <w:t>6</w:t>
      </w:r>
      <w:r w:rsidR="007B162B" w:rsidRPr="008A77BF">
        <w:rPr>
          <w:rFonts w:ascii="Roboto" w:hAnsi="Roboto"/>
        </w:rPr>
        <w:t xml:space="preserve"> </w:t>
      </w:r>
    </w:p>
    <w:p w14:paraId="415B0043" w14:textId="3119C30D" w:rsidR="00C408CC" w:rsidRPr="008A77BF" w:rsidRDefault="00C408CC" w:rsidP="00C408CC">
      <w:pPr>
        <w:pStyle w:val="ListParagraph"/>
        <w:numPr>
          <w:ilvl w:val="0"/>
          <w:numId w:val="19"/>
        </w:numPr>
        <w:ind w:left="360" w:firstLine="0"/>
        <w:rPr>
          <w:rFonts w:ascii="Roboto" w:hAnsi="Roboto"/>
        </w:rPr>
      </w:pPr>
      <w:r w:rsidRPr="008A77BF">
        <w:rPr>
          <w:rFonts w:ascii="Roboto" w:hAnsi="Roboto"/>
        </w:rPr>
        <w:t>Notification of Acceptance</w:t>
      </w:r>
      <w:r w:rsidRPr="008A77BF">
        <w:rPr>
          <w:rFonts w:ascii="Roboto" w:hAnsi="Roboto"/>
        </w:rPr>
        <w:tab/>
      </w:r>
      <w:r w:rsidRPr="008A77BF">
        <w:rPr>
          <w:rFonts w:ascii="Roboto" w:hAnsi="Roboto"/>
        </w:rPr>
        <w:tab/>
        <w:t xml:space="preserve">: </w:t>
      </w:r>
      <w:r w:rsidR="00981C84" w:rsidRPr="008A77BF">
        <w:rPr>
          <w:rFonts w:ascii="Roboto" w:hAnsi="Roboto"/>
        </w:rPr>
        <w:t xml:space="preserve">Will be notified </w:t>
      </w:r>
      <w:r w:rsidR="00396F13" w:rsidRPr="008A77BF">
        <w:rPr>
          <w:rFonts w:ascii="Roboto" w:hAnsi="Roboto"/>
        </w:rPr>
        <w:t>by the first week of December 2026</w:t>
      </w:r>
    </w:p>
    <w:p w14:paraId="42D1A773" w14:textId="20433C86" w:rsidR="003E3020" w:rsidRPr="008A77BF" w:rsidRDefault="00C408CC" w:rsidP="00B41100">
      <w:pPr>
        <w:pStyle w:val="ListParagraph"/>
        <w:numPr>
          <w:ilvl w:val="0"/>
          <w:numId w:val="19"/>
        </w:numPr>
        <w:ind w:left="360" w:firstLine="0"/>
        <w:rPr>
          <w:rFonts w:ascii="Roboto" w:hAnsi="Roboto"/>
        </w:rPr>
      </w:pPr>
      <w:r w:rsidRPr="008A77BF">
        <w:rPr>
          <w:rFonts w:ascii="Roboto" w:hAnsi="Roboto"/>
        </w:rPr>
        <w:t>Notification of Non-Acceptance</w:t>
      </w:r>
      <w:r w:rsidRPr="008A77BF">
        <w:rPr>
          <w:rFonts w:ascii="Roboto" w:hAnsi="Roboto"/>
        </w:rPr>
        <w:tab/>
        <w:t xml:space="preserve">: </w:t>
      </w:r>
      <w:r w:rsidR="00981C84" w:rsidRPr="008A77BF">
        <w:rPr>
          <w:rFonts w:ascii="Roboto" w:hAnsi="Roboto"/>
        </w:rPr>
        <w:t xml:space="preserve">Will be notified </w:t>
      </w:r>
      <w:r w:rsidR="00396F13" w:rsidRPr="008A77BF">
        <w:rPr>
          <w:rFonts w:ascii="Roboto" w:hAnsi="Roboto"/>
        </w:rPr>
        <w:t>by the first week of December 2026</w:t>
      </w:r>
    </w:p>
    <w:p w14:paraId="11654153" w14:textId="77777777" w:rsidR="00B41100" w:rsidRPr="008A77BF" w:rsidRDefault="00B41100" w:rsidP="00B41100">
      <w:pPr>
        <w:pStyle w:val="ListParagraph"/>
        <w:ind w:left="360"/>
        <w:rPr>
          <w:rFonts w:ascii="Roboto" w:hAnsi="Roboto"/>
        </w:rPr>
      </w:pPr>
    </w:p>
    <w:p w14:paraId="7F1F6D7A" w14:textId="7FC07541" w:rsidR="0041178C" w:rsidRPr="008A77BF" w:rsidRDefault="00B41100" w:rsidP="7B472F35">
      <w:pPr>
        <w:pStyle w:val="ListParagraph"/>
        <w:ind w:left="0"/>
        <w:rPr>
          <w:rFonts w:ascii="Roboto" w:eastAsia="Roboto" w:hAnsi="Roboto" w:cs="Roboto"/>
          <w:color w:val="000000" w:themeColor="text1"/>
        </w:rPr>
      </w:pPr>
      <w:r w:rsidRPr="7B472F35">
        <w:rPr>
          <w:rFonts w:ascii="Roboto" w:eastAsiaTheme="majorEastAsia" w:hAnsi="Roboto" w:cstheme="majorBidi"/>
          <w:b/>
          <w:bCs/>
          <w:color w:val="000000" w:themeColor="text1"/>
        </w:rPr>
        <w:t>8</w:t>
      </w:r>
      <w:r w:rsidR="00981C84" w:rsidRPr="7B472F35">
        <w:rPr>
          <w:rFonts w:ascii="Roboto" w:eastAsiaTheme="majorEastAsia" w:hAnsi="Roboto" w:cstheme="majorBidi"/>
          <w:b/>
          <w:bCs/>
          <w:color w:val="000000" w:themeColor="text1"/>
        </w:rPr>
        <w:t xml:space="preserve">. </w:t>
      </w:r>
      <w:r w:rsidR="0041178C" w:rsidRPr="7B472F35">
        <w:rPr>
          <w:rFonts w:ascii="Roboto" w:eastAsiaTheme="majorEastAsia" w:hAnsi="Roboto" w:cstheme="majorBidi"/>
          <w:b/>
          <w:bCs/>
          <w:color w:val="000000" w:themeColor="text1"/>
        </w:rPr>
        <w:t xml:space="preserve"> </w:t>
      </w:r>
      <w:r w:rsidRPr="7B472F35">
        <w:rPr>
          <w:rFonts w:ascii="Roboto" w:eastAsiaTheme="majorEastAsia" w:hAnsi="Roboto" w:cstheme="majorBidi"/>
          <w:b/>
          <w:bCs/>
          <w:color w:val="000000" w:themeColor="text1"/>
        </w:rPr>
        <w:t>Speaker</w:t>
      </w:r>
      <w:r w:rsidR="00981C84" w:rsidRPr="7B472F35">
        <w:rPr>
          <w:rFonts w:ascii="Roboto" w:eastAsiaTheme="majorEastAsia" w:hAnsi="Roboto" w:cstheme="majorBidi"/>
          <w:b/>
          <w:bCs/>
          <w:color w:val="000000" w:themeColor="text1"/>
        </w:rPr>
        <w:t xml:space="preserve"> </w:t>
      </w:r>
      <w:r w:rsidR="40DD74E4" w:rsidRPr="7B472F35">
        <w:rPr>
          <w:rFonts w:ascii="Roboto" w:eastAsia="Roboto" w:hAnsi="Roboto" w:cs="Roboto"/>
          <w:b/>
          <w:bCs/>
          <w:color w:val="000000" w:themeColor="text1"/>
        </w:rPr>
        <w:t>Privileges</w:t>
      </w:r>
    </w:p>
    <w:p w14:paraId="003300CD" w14:textId="4566CA66" w:rsidR="40DD74E4" w:rsidRDefault="40DD74E4" w:rsidP="7B472F35">
      <w:pPr>
        <w:pStyle w:val="ListParagraph"/>
        <w:numPr>
          <w:ilvl w:val="0"/>
          <w:numId w:val="33"/>
        </w:numPr>
        <w:rPr>
          <w:rFonts w:ascii="Roboto" w:eastAsia="Roboto" w:hAnsi="Roboto" w:cs="Roboto"/>
          <w:color w:val="000000" w:themeColor="text1"/>
        </w:rPr>
      </w:pPr>
      <w:r w:rsidRPr="7B472F35">
        <w:rPr>
          <w:rFonts w:ascii="Roboto" w:eastAsia="Roboto" w:hAnsi="Roboto" w:cs="Roboto"/>
          <w:color w:val="000000" w:themeColor="text1"/>
        </w:rPr>
        <w:t xml:space="preserve">Complimentary registration is granted only to the </w:t>
      </w:r>
      <w:r w:rsidRPr="7B472F35">
        <w:rPr>
          <w:rFonts w:ascii="Roboto" w:eastAsia="Roboto" w:hAnsi="Roboto" w:cs="Roboto"/>
          <w:b/>
          <w:bCs/>
          <w:color w:val="000000" w:themeColor="text1"/>
        </w:rPr>
        <w:t xml:space="preserve">primary speaker </w:t>
      </w:r>
      <w:r w:rsidRPr="7B472F35">
        <w:rPr>
          <w:rFonts w:ascii="Roboto" w:eastAsia="Roboto" w:hAnsi="Roboto" w:cs="Roboto"/>
          <w:color w:val="000000" w:themeColor="text1"/>
        </w:rPr>
        <w:t>of an accepted abstract (for both single and team submissions). Team members must complete standard website registration to attend.</w:t>
      </w:r>
    </w:p>
    <w:p w14:paraId="683306CD" w14:textId="4E67B7C3" w:rsidR="787F7333" w:rsidRDefault="787F7333" w:rsidP="7B472F35">
      <w:pPr>
        <w:pStyle w:val="ListParagraph"/>
        <w:numPr>
          <w:ilvl w:val="0"/>
          <w:numId w:val="33"/>
        </w:numPr>
        <w:rPr>
          <w:rFonts w:ascii="Roboto" w:eastAsia="Roboto" w:hAnsi="Roboto" w:cs="Roboto"/>
          <w:color w:val="000000" w:themeColor="text1"/>
        </w:rPr>
      </w:pPr>
      <w:r w:rsidRPr="7B472F35">
        <w:rPr>
          <w:rFonts w:ascii="Roboto" w:eastAsia="Roboto" w:hAnsi="Roboto" w:cs="Roboto"/>
          <w:color w:val="000000" w:themeColor="text1"/>
        </w:rPr>
        <w:t xml:space="preserve">Speakers </w:t>
      </w:r>
      <w:r w:rsidR="40DD74E4" w:rsidRPr="7B472F35">
        <w:rPr>
          <w:rFonts w:ascii="Roboto" w:eastAsia="Roboto" w:hAnsi="Roboto" w:cs="Roboto"/>
          <w:color w:val="000000" w:themeColor="text1"/>
        </w:rPr>
        <w:t>whose abstracts are not selected are still very welcome to attend the convention</w:t>
      </w:r>
      <w:r w:rsidR="5EE4BCC2" w:rsidRPr="7B472F35">
        <w:rPr>
          <w:rFonts w:ascii="Roboto" w:eastAsia="Roboto" w:hAnsi="Roboto" w:cs="Roboto"/>
          <w:color w:val="000000" w:themeColor="text1"/>
        </w:rPr>
        <w:t xml:space="preserve"> as delegates</w:t>
      </w:r>
      <w:r w:rsidR="40DD74E4" w:rsidRPr="7B472F35">
        <w:rPr>
          <w:rFonts w:ascii="Roboto" w:eastAsia="Roboto" w:hAnsi="Roboto" w:cs="Roboto"/>
          <w:color w:val="000000" w:themeColor="text1"/>
        </w:rPr>
        <w:t>. You may register via the website once submission results are announced.</w:t>
      </w:r>
    </w:p>
    <w:p w14:paraId="2DC52B1C" w14:textId="77777777" w:rsidR="003E3020" w:rsidRPr="008A77BF" w:rsidRDefault="003E3020" w:rsidP="003E3020">
      <w:pPr>
        <w:pStyle w:val="ListParagraph"/>
        <w:ind w:left="450"/>
        <w:rPr>
          <w:rFonts w:ascii="Roboto" w:hAnsi="Roboto"/>
        </w:rPr>
      </w:pPr>
    </w:p>
    <w:p w14:paraId="5F83A39B" w14:textId="02F95C52" w:rsidR="00981C84" w:rsidRPr="008A77BF" w:rsidRDefault="00971D4E" w:rsidP="00981C84">
      <w:pPr>
        <w:pStyle w:val="ListParagraph"/>
        <w:ind w:left="0"/>
        <w:rPr>
          <w:rFonts w:ascii="Roboto" w:eastAsiaTheme="majorEastAsia" w:hAnsi="Roboto" w:cstheme="majorBidi"/>
          <w:b/>
          <w:bCs/>
          <w:color w:val="000000" w:themeColor="text1"/>
        </w:rPr>
      </w:pPr>
      <w:r w:rsidRPr="008A77BF">
        <w:rPr>
          <w:rFonts w:ascii="Roboto" w:eastAsiaTheme="majorEastAsia" w:hAnsi="Roboto" w:cstheme="majorBidi"/>
          <w:b/>
          <w:bCs/>
          <w:color w:val="000000" w:themeColor="text1"/>
        </w:rPr>
        <w:t>9</w:t>
      </w:r>
      <w:r w:rsidR="00981C84" w:rsidRPr="008A77BF">
        <w:rPr>
          <w:rFonts w:ascii="Roboto" w:eastAsiaTheme="majorEastAsia" w:hAnsi="Roboto" w:cstheme="majorBidi"/>
          <w:b/>
          <w:bCs/>
          <w:color w:val="000000" w:themeColor="text1"/>
        </w:rPr>
        <w:t xml:space="preserve">. </w:t>
      </w:r>
      <w:r w:rsidR="0041178C" w:rsidRPr="008A77BF">
        <w:rPr>
          <w:rFonts w:ascii="Roboto" w:eastAsiaTheme="majorEastAsia" w:hAnsi="Roboto" w:cstheme="majorBidi"/>
          <w:b/>
          <w:bCs/>
          <w:color w:val="000000" w:themeColor="text1"/>
        </w:rPr>
        <w:t xml:space="preserve"> </w:t>
      </w:r>
      <w:r w:rsidR="00B41100" w:rsidRPr="008A77BF">
        <w:rPr>
          <w:rFonts w:ascii="Roboto" w:eastAsiaTheme="majorEastAsia" w:hAnsi="Roboto" w:cstheme="majorBidi"/>
          <w:b/>
          <w:bCs/>
          <w:color w:val="000000" w:themeColor="text1"/>
        </w:rPr>
        <w:t>Logistics Support</w:t>
      </w:r>
    </w:p>
    <w:p w14:paraId="4B80A0CF" w14:textId="0658DED5" w:rsidR="0041178C" w:rsidRPr="008A77BF" w:rsidRDefault="005F62DC" w:rsidP="0041178C">
      <w:pPr>
        <w:pStyle w:val="ListParagraph"/>
        <w:numPr>
          <w:ilvl w:val="0"/>
          <w:numId w:val="32"/>
        </w:numPr>
        <w:rPr>
          <w:rFonts w:ascii="Roboto" w:hAnsi="Roboto"/>
        </w:rPr>
      </w:pPr>
      <w:r w:rsidRPr="7B472F35">
        <w:rPr>
          <w:rFonts w:ascii="Roboto" w:hAnsi="Roboto"/>
        </w:rPr>
        <w:t xml:space="preserve">All </w:t>
      </w:r>
      <w:r w:rsidR="00B41100" w:rsidRPr="7B472F35">
        <w:rPr>
          <w:rFonts w:ascii="Roboto" w:hAnsi="Roboto"/>
        </w:rPr>
        <w:t>speaker</w:t>
      </w:r>
      <w:r w:rsidRPr="7B472F35">
        <w:rPr>
          <w:rFonts w:ascii="Roboto" w:hAnsi="Roboto"/>
        </w:rPr>
        <w:t xml:space="preserve">s whose abstracts are accepted for </w:t>
      </w:r>
      <w:r w:rsidR="00B41100" w:rsidRPr="7B472F35">
        <w:rPr>
          <w:rFonts w:ascii="Roboto" w:hAnsi="Roboto"/>
        </w:rPr>
        <w:t>session speaking</w:t>
      </w:r>
      <w:r w:rsidRPr="7B472F35">
        <w:rPr>
          <w:rFonts w:ascii="Roboto" w:hAnsi="Roboto"/>
        </w:rPr>
        <w:t xml:space="preserve"> are solely responsible for the design, printing, </w:t>
      </w:r>
      <w:r w:rsidR="00B41100" w:rsidRPr="7B472F35">
        <w:rPr>
          <w:rFonts w:ascii="Roboto" w:hAnsi="Roboto"/>
        </w:rPr>
        <w:t xml:space="preserve">carrying their own devices, cables/ </w:t>
      </w:r>
      <w:r w:rsidR="18417CC7" w:rsidRPr="7B472F35">
        <w:rPr>
          <w:rFonts w:ascii="Roboto" w:hAnsi="Roboto"/>
        </w:rPr>
        <w:t>converters/</w:t>
      </w:r>
      <w:r w:rsidR="00B41100" w:rsidRPr="7B472F35">
        <w:rPr>
          <w:rFonts w:ascii="Roboto" w:hAnsi="Roboto"/>
        </w:rPr>
        <w:t>connectors and</w:t>
      </w:r>
      <w:r w:rsidRPr="7B472F35">
        <w:rPr>
          <w:rFonts w:ascii="Roboto" w:hAnsi="Roboto"/>
        </w:rPr>
        <w:t xml:space="preserve"> transportation of </w:t>
      </w:r>
      <w:r w:rsidR="00B41100" w:rsidRPr="7B472F35">
        <w:rPr>
          <w:rFonts w:ascii="Roboto" w:hAnsi="Roboto"/>
        </w:rPr>
        <w:t xml:space="preserve">any logistical materials they bring </w:t>
      </w:r>
      <w:r w:rsidRPr="7B472F35">
        <w:rPr>
          <w:rFonts w:ascii="Roboto" w:hAnsi="Roboto"/>
        </w:rPr>
        <w:t>to the convention venue.</w:t>
      </w:r>
    </w:p>
    <w:p w14:paraId="220CABFA" w14:textId="00721FD7" w:rsidR="00971D4E" w:rsidRPr="008A77BF" w:rsidRDefault="005F62DC" w:rsidP="000D6CE2">
      <w:pPr>
        <w:pStyle w:val="ListParagraph"/>
        <w:numPr>
          <w:ilvl w:val="0"/>
          <w:numId w:val="32"/>
        </w:numPr>
        <w:rPr>
          <w:rFonts w:ascii="Roboto" w:hAnsi="Roboto"/>
        </w:rPr>
      </w:pPr>
      <w:r w:rsidRPr="7B472F35">
        <w:rPr>
          <w:rFonts w:ascii="Roboto" w:hAnsi="Roboto"/>
        </w:rPr>
        <w:t xml:space="preserve">The convention organizers will </w:t>
      </w:r>
      <w:r w:rsidR="00B41100" w:rsidRPr="7B472F35">
        <w:rPr>
          <w:rFonts w:ascii="Roboto" w:hAnsi="Roboto"/>
          <w:b/>
          <w:bCs/>
        </w:rPr>
        <w:t xml:space="preserve">only provide </w:t>
      </w:r>
      <w:r w:rsidR="00971D4E" w:rsidRPr="7B472F35">
        <w:rPr>
          <w:rFonts w:ascii="Roboto" w:hAnsi="Roboto"/>
          <w:b/>
          <w:bCs/>
        </w:rPr>
        <w:t xml:space="preserve">a </w:t>
      </w:r>
      <w:r w:rsidR="1F891AD9" w:rsidRPr="7B472F35">
        <w:rPr>
          <w:rFonts w:ascii="Roboto" w:hAnsi="Roboto"/>
          <w:b/>
          <w:bCs/>
        </w:rPr>
        <w:t xml:space="preserve">PPT template, </w:t>
      </w:r>
      <w:r w:rsidR="00B41100" w:rsidRPr="7B472F35">
        <w:rPr>
          <w:rFonts w:ascii="Roboto" w:hAnsi="Roboto"/>
          <w:b/>
          <w:bCs/>
        </w:rPr>
        <w:t xml:space="preserve">projector with </w:t>
      </w:r>
      <w:r w:rsidR="735BF1C6" w:rsidRPr="7B472F35">
        <w:rPr>
          <w:rFonts w:ascii="Roboto" w:hAnsi="Roboto"/>
          <w:b/>
          <w:bCs/>
        </w:rPr>
        <w:t>a screen</w:t>
      </w:r>
      <w:r w:rsidR="00971D4E" w:rsidRPr="7B472F35">
        <w:rPr>
          <w:rFonts w:ascii="Roboto" w:hAnsi="Roboto"/>
          <w:b/>
          <w:bCs/>
        </w:rPr>
        <w:t xml:space="preserve">, HDMI </w:t>
      </w:r>
      <w:r w:rsidR="23D0F31E" w:rsidRPr="7B472F35">
        <w:rPr>
          <w:rFonts w:ascii="Roboto" w:hAnsi="Roboto"/>
          <w:b/>
          <w:bCs/>
        </w:rPr>
        <w:t>cable,</w:t>
      </w:r>
      <w:r w:rsidR="00971D4E" w:rsidRPr="7B472F35">
        <w:rPr>
          <w:rFonts w:ascii="Roboto" w:hAnsi="Roboto"/>
          <w:b/>
          <w:bCs/>
        </w:rPr>
        <w:t xml:space="preserve"> </w:t>
      </w:r>
      <w:r w:rsidR="00B41100" w:rsidRPr="7B472F35">
        <w:rPr>
          <w:rFonts w:ascii="Roboto" w:hAnsi="Roboto"/>
          <w:b/>
          <w:bCs/>
        </w:rPr>
        <w:t xml:space="preserve">and sound </w:t>
      </w:r>
      <w:r w:rsidR="7B6E65B1" w:rsidRPr="7B472F35">
        <w:rPr>
          <w:rFonts w:ascii="Roboto" w:hAnsi="Roboto"/>
          <w:b/>
          <w:bCs/>
        </w:rPr>
        <w:t>system,</w:t>
      </w:r>
      <w:r w:rsidRPr="7B472F35">
        <w:rPr>
          <w:rFonts w:ascii="Roboto" w:hAnsi="Roboto"/>
        </w:rPr>
        <w:t xml:space="preserve"> </w:t>
      </w:r>
      <w:r w:rsidR="00971D4E" w:rsidRPr="7B472F35">
        <w:rPr>
          <w:rFonts w:ascii="Roboto" w:hAnsi="Roboto"/>
        </w:rPr>
        <w:t>and not</w:t>
      </w:r>
      <w:r w:rsidRPr="7B472F35">
        <w:rPr>
          <w:rFonts w:ascii="Roboto" w:hAnsi="Roboto"/>
        </w:rPr>
        <w:t xml:space="preserve"> bear any cost related to preparation.</w:t>
      </w:r>
    </w:p>
    <w:p w14:paraId="25ECE1DF" w14:textId="77777777" w:rsidR="00971D4E" w:rsidRPr="008A77BF" w:rsidRDefault="000D6CE2" w:rsidP="00971D4E">
      <w:pPr>
        <w:ind w:left="360"/>
        <w:rPr>
          <w:rFonts w:ascii="Roboto" w:hAnsi="Roboto"/>
        </w:rPr>
      </w:pPr>
      <w:r w:rsidRPr="008A77BF">
        <w:rPr>
          <w:rFonts w:ascii="Roboto" w:hAnsi="Roboto"/>
        </w:rPr>
        <w:t>For any queries related to abstract submission:</w:t>
      </w:r>
      <w:r w:rsidRPr="008A77BF">
        <w:rPr>
          <w:rFonts w:ascii="Roboto" w:hAnsi="Roboto"/>
        </w:rPr>
        <w:br/>
        <w:t xml:space="preserve">Email: </w:t>
      </w:r>
      <w:r w:rsidR="00396F13" w:rsidRPr="008A77BF">
        <w:rPr>
          <w:rFonts w:ascii="Roboto" w:hAnsi="Roboto"/>
        </w:rPr>
        <w:t>syasmin@faulty.ihi.org</w:t>
      </w:r>
      <w:r w:rsidR="00E47D41" w:rsidRPr="008A77BF">
        <w:rPr>
          <w:rFonts w:ascii="Roboto" w:hAnsi="Roboto"/>
        </w:rPr>
        <w:t xml:space="preserve"> </w:t>
      </w:r>
    </w:p>
    <w:p w14:paraId="4B0BFA27" w14:textId="77777777" w:rsidR="00906C2A" w:rsidRDefault="00906C2A" w:rsidP="7B472F35">
      <w:pPr>
        <w:ind w:left="360"/>
        <w:jc w:val="center"/>
        <w:rPr>
          <w:rFonts w:ascii="Roboto" w:hAnsi="Roboto"/>
          <w:b/>
          <w:bCs/>
          <w:color w:val="FF0000"/>
        </w:rPr>
      </w:pPr>
    </w:p>
    <w:p w14:paraId="0370790E" w14:textId="77777777" w:rsidR="00906C2A" w:rsidRDefault="00906C2A" w:rsidP="7B472F35">
      <w:pPr>
        <w:ind w:left="360"/>
        <w:jc w:val="center"/>
        <w:rPr>
          <w:rFonts w:ascii="Roboto" w:hAnsi="Roboto"/>
          <w:b/>
          <w:bCs/>
          <w:color w:val="FF0000"/>
        </w:rPr>
      </w:pPr>
    </w:p>
    <w:p w14:paraId="6C9DBC31" w14:textId="7649C6A7" w:rsidR="008A77BF" w:rsidRDefault="008A77BF" w:rsidP="00906C2A">
      <w:pPr>
        <w:jc w:val="center"/>
        <w:rPr>
          <w:rFonts w:ascii="Roboto" w:hAnsi="Roboto"/>
          <w:b/>
          <w:bCs/>
          <w:color w:val="FF0000"/>
        </w:rPr>
      </w:pPr>
      <w:r w:rsidRPr="7B472F35">
        <w:rPr>
          <w:rFonts w:ascii="Roboto" w:hAnsi="Roboto"/>
          <w:b/>
          <w:bCs/>
          <w:color w:val="FF0000"/>
        </w:rPr>
        <w:lastRenderedPageBreak/>
        <w:t>Fill out the submission form below:</w:t>
      </w:r>
    </w:p>
    <w:p w14:paraId="59E0047F" w14:textId="77777777" w:rsidR="00906C2A" w:rsidRDefault="00906C2A" w:rsidP="008A77BF">
      <w:pPr>
        <w:spacing w:after="0"/>
        <w:ind w:left="360"/>
        <w:rPr>
          <w:rFonts w:ascii="Roboto" w:hAnsi="Roboto"/>
          <w:b/>
          <w:bCs/>
        </w:rPr>
      </w:pPr>
    </w:p>
    <w:p w14:paraId="0E0618D0" w14:textId="2A56AAB7" w:rsidR="008A77BF" w:rsidRDefault="008A77BF" w:rsidP="008A77BF">
      <w:pPr>
        <w:spacing w:after="0"/>
        <w:ind w:left="360"/>
        <w:rPr>
          <w:rFonts w:ascii="Roboto" w:hAnsi="Roboto"/>
          <w:b/>
          <w:bCs/>
        </w:rPr>
      </w:pPr>
      <w:r>
        <w:rPr>
          <w:rFonts w:ascii="Roboto" w:hAnsi="Roboto"/>
          <w:b/>
          <w:bCs/>
        </w:rPr>
        <w:t>Use fonts: Arial</w:t>
      </w:r>
    </w:p>
    <w:p w14:paraId="0709AF78" w14:textId="40E15C20" w:rsidR="008A77BF" w:rsidRPr="008A77BF" w:rsidRDefault="008A77BF" w:rsidP="008A77BF">
      <w:pPr>
        <w:spacing w:after="0"/>
        <w:ind w:left="360"/>
        <w:rPr>
          <w:rFonts w:ascii="Roboto" w:hAnsi="Roboto"/>
          <w:b/>
          <w:bCs/>
        </w:rPr>
      </w:pPr>
      <w:r>
        <w:rPr>
          <w:rFonts w:ascii="Roboto" w:hAnsi="Roboto"/>
          <w:b/>
          <w:bCs/>
        </w:rPr>
        <w:t>Font size: 11 pt</w:t>
      </w:r>
    </w:p>
    <w:p w14:paraId="5E1FFD0B" w14:textId="4FD8947A" w:rsidR="00971D4E" w:rsidRPr="008A77BF" w:rsidRDefault="00971D4E" w:rsidP="00971D4E">
      <w:pPr>
        <w:ind w:left="360"/>
      </w:pPr>
    </w:p>
    <w:tbl>
      <w:tblPr>
        <w:tblStyle w:val="TableGrid"/>
        <w:tblW w:w="0" w:type="auto"/>
        <w:tblInd w:w="360" w:type="dxa"/>
        <w:tblLook w:val="04A0" w:firstRow="1" w:lastRow="0" w:firstColumn="1" w:lastColumn="0" w:noHBand="0" w:noVBand="1"/>
      </w:tblPr>
      <w:tblGrid>
        <w:gridCol w:w="2612"/>
        <w:gridCol w:w="6614"/>
      </w:tblGrid>
      <w:tr w:rsidR="00971D4E" w:rsidRPr="008A77BF" w14:paraId="585C2C85" w14:textId="77777777" w:rsidTr="7B472F35">
        <w:tc>
          <w:tcPr>
            <w:tcW w:w="9226" w:type="dxa"/>
            <w:gridSpan w:val="2"/>
            <w:shd w:val="clear" w:color="auto" w:fill="D9D9D9" w:themeFill="background1" w:themeFillShade="D9"/>
          </w:tcPr>
          <w:p w14:paraId="4B38AD46" w14:textId="0C478745" w:rsidR="00971D4E" w:rsidRPr="008A77BF" w:rsidRDefault="00971D4E" w:rsidP="00971D4E">
            <w:pPr>
              <w:rPr>
                <w:rFonts w:ascii="Roboto" w:hAnsi="Roboto"/>
                <w:b/>
                <w:bCs/>
              </w:rPr>
            </w:pPr>
            <w:r w:rsidRPr="008A77BF">
              <w:rPr>
                <w:rFonts w:ascii="Roboto" w:hAnsi="Roboto"/>
                <w:b/>
                <w:bCs/>
              </w:rPr>
              <w:t>Part One: About your work</w:t>
            </w:r>
          </w:p>
        </w:tc>
      </w:tr>
      <w:tr w:rsidR="00971D4E" w:rsidRPr="008A77BF" w14:paraId="75A76ACE" w14:textId="77777777" w:rsidTr="7B472F35">
        <w:tc>
          <w:tcPr>
            <w:tcW w:w="2612" w:type="dxa"/>
          </w:tcPr>
          <w:p w14:paraId="677EEDF0" w14:textId="77777777" w:rsidR="00971D4E" w:rsidRPr="008A77BF" w:rsidRDefault="00971D4E" w:rsidP="00971D4E">
            <w:pPr>
              <w:widowControl w:val="0"/>
              <w:rPr>
                <w:rFonts w:ascii="Roboto" w:eastAsia="Calibri" w:hAnsi="Roboto" w:cs="Calibri"/>
              </w:rPr>
            </w:pPr>
            <w:r w:rsidRPr="008A77BF">
              <w:rPr>
                <w:rFonts w:ascii="Roboto" w:eastAsia="Calibri" w:hAnsi="Roboto" w:cs="Calibri"/>
                <w:b/>
              </w:rPr>
              <w:t>Title of session</w:t>
            </w:r>
            <w:r w:rsidRPr="008A77BF">
              <w:rPr>
                <w:rFonts w:ascii="Roboto" w:eastAsia="Calibri" w:hAnsi="Roboto" w:cs="Calibri"/>
              </w:rPr>
              <w:t xml:space="preserve"> </w:t>
            </w:r>
          </w:p>
          <w:p w14:paraId="0B7AFF62" w14:textId="0B577AAB" w:rsidR="00971D4E" w:rsidRPr="008A77BF" w:rsidRDefault="00971D4E" w:rsidP="00971D4E">
            <w:pPr>
              <w:widowControl w:val="0"/>
              <w:rPr>
                <w:rFonts w:ascii="Roboto" w:eastAsia="Calibri" w:hAnsi="Roboto" w:cs="Calibri"/>
                <w:i/>
                <w:sz w:val="20"/>
                <w:szCs w:val="20"/>
              </w:rPr>
            </w:pPr>
            <w:r w:rsidRPr="008A77BF">
              <w:rPr>
                <w:rFonts w:ascii="Roboto" w:eastAsia="Calibri" w:hAnsi="Roboto" w:cs="Calibri"/>
                <w:i/>
                <w:sz w:val="20"/>
                <w:szCs w:val="20"/>
              </w:rPr>
              <w:t>25 words max</w:t>
            </w:r>
          </w:p>
          <w:p w14:paraId="08A41B5C" w14:textId="2911ACBF" w:rsidR="00971D4E" w:rsidRPr="008A77BF" w:rsidRDefault="00971D4E" w:rsidP="00971D4E">
            <w:pPr>
              <w:widowControl w:val="0"/>
              <w:rPr>
                <w:rFonts w:ascii="Roboto" w:eastAsia="Calibri" w:hAnsi="Roboto" w:cs="Calibri"/>
                <w:i/>
                <w:sz w:val="20"/>
                <w:szCs w:val="20"/>
              </w:rPr>
            </w:pPr>
            <w:r w:rsidRPr="008A77BF">
              <w:rPr>
                <w:rFonts w:ascii="Roboto" w:eastAsia="Calibri" w:hAnsi="Roboto" w:cs="Calibri"/>
                <w:i/>
                <w:sz w:val="20"/>
                <w:szCs w:val="20"/>
              </w:rPr>
              <w:t xml:space="preserve">Make it eye-catching as well as descriptive </w:t>
            </w:r>
          </w:p>
          <w:p w14:paraId="6324DF34" w14:textId="77777777" w:rsidR="00971D4E" w:rsidRPr="008A77BF" w:rsidRDefault="00971D4E" w:rsidP="00971D4E">
            <w:pPr>
              <w:rPr>
                <w:rFonts w:ascii="Roboto" w:hAnsi="Roboto"/>
              </w:rPr>
            </w:pPr>
          </w:p>
        </w:tc>
        <w:tc>
          <w:tcPr>
            <w:tcW w:w="6614" w:type="dxa"/>
          </w:tcPr>
          <w:p w14:paraId="1893B585" w14:textId="77777777" w:rsidR="00971D4E" w:rsidRPr="008A77BF" w:rsidRDefault="00971D4E" w:rsidP="00971D4E">
            <w:pPr>
              <w:rPr>
                <w:rFonts w:ascii="Roboto" w:hAnsi="Roboto"/>
              </w:rPr>
            </w:pPr>
          </w:p>
        </w:tc>
      </w:tr>
      <w:tr w:rsidR="00971D4E" w:rsidRPr="008A77BF" w14:paraId="39DA2722" w14:textId="77777777" w:rsidTr="7B472F35">
        <w:tc>
          <w:tcPr>
            <w:tcW w:w="2612" w:type="dxa"/>
          </w:tcPr>
          <w:p w14:paraId="7F5BBD66" w14:textId="77777777" w:rsidR="00971D4E" w:rsidRPr="008A77BF" w:rsidRDefault="00971D4E" w:rsidP="00971D4E">
            <w:pPr>
              <w:widowControl w:val="0"/>
              <w:rPr>
                <w:rFonts w:ascii="Roboto" w:eastAsia="Calibri" w:hAnsi="Roboto" w:cs="Calibri"/>
                <w:b/>
              </w:rPr>
            </w:pPr>
            <w:r w:rsidRPr="008A77BF">
              <w:rPr>
                <w:rFonts w:ascii="Roboto" w:eastAsia="Calibri" w:hAnsi="Roboto" w:cs="Calibri"/>
                <w:b/>
              </w:rPr>
              <w:t>Session description</w:t>
            </w:r>
          </w:p>
          <w:p w14:paraId="7D7DE4C4" w14:textId="77777777" w:rsidR="00971D4E" w:rsidRPr="008A77BF" w:rsidRDefault="00971D4E" w:rsidP="00971D4E">
            <w:pPr>
              <w:widowControl w:val="0"/>
              <w:rPr>
                <w:rFonts w:ascii="Roboto" w:eastAsia="Calibri" w:hAnsi="Roboto" w:cs="Calibri"/>
                <w:i/>
                <w:sz w:val="20"/>
                <w:szCs w:val="20"/>
              </w:rPr>
            </w:pPr>
            <w:r w:rsidRPr="008A77BF">
              <w:rPr>
                <w:rFonts w:ascii="Roboto" w:eastAsia="Calibri" w:hAnsi="Roboto" w:cs="Calibri"/>
                <w:i/>
                <w:sz w:val="20"/>
                <w:szCs w:val="20"/>
              </w:rPr>
              <w:t>150 words max</w:t>
            </w:r>
          </w:p>
          <w:p w14:paraId="61BE3700" w14:textId="77777777" w:rsidR="00971D4E" w:rsidRPr="008A77BF" w:rsidRDefault="00971D4E" w:rsidP="00971D4E">
            <w:pPr>
              <w:widowControl w:val="0"/>
              <w:rPr>
                <w:rFonts w:ascii="Roboto" w:eastAsia="Calibri" w:hAnsi="Roboto" w:cs="Calibri"/>
                <w:i/>
                <w:sz w:val="20"/>
                <w:szCs w:val="20"/>
              </w:rPr>
            </w:pPr>
            <w:r w:rsidRPr="008A77BF">
              <w:rPr>
                <w:rFonts w:ascii="Roboto" w:eastAsia="Calibri" w:hAnsi="Roboto" w:cs="Calibri"/>
                <w:i/>
                <w:sz w:val="20"/>
                <w:szCs w:val="20"/>
              </w:rPr>
              <w:t>Give a clear, concise and engaging description of what you will be covering and why delegates should attend</w:t>
            </w:r>
          </w:p>
          <w:p w14:paraId="32B96995" w14:textId="77777777" w:rsidR="00971D4E" w:rsidRPr="008A77BF" w:rsidRDefault="00971D4E" w:rsidP="00971D4E">
            <w:pPr>
              <w:rPr>
                <w:rFonts w:ascii="Roboto" w:hAnsi="Roboto"/>
              </w:rPr>
            </w:pPr>
          </w:p>
        </w:tc>
        <w:tc>
          <w:tcPr>
            <w:tcW w:w="6614" w:type="dxa"/>
          </w:tcPr>
          <w:p w14:paraId="0E143FA4" w14:textId="77777777" w:rsidR="00971D4E" w:rsidRPr="008A77BF" w:rsidRDefault="00971D4E" w:rsidP="00971D4E">
            <w:pPr>
              <w:rPr>
                <w:rFonts w:ascii="Roboto" w:hAnsi="Roboto"/>
              </w:rPr>
            </w:pPr>
          </w:p>
        </w:tc>
      </w:tr>
      <w:tr w:rsidR="00971D4E" w:rsidRPr="008A77BF" w14:paraId="3934C5F8" w14:textId="77777777" w:rsidTr="7B472F35">
        <w:tc>
          <w:tcPr>
            <w:tcW w:w="2612" w:type="dxa"/>
          </w:tcPr>
          <w:p w14:paraId="4AE30C51" w14:textId="77A8E8AD" w:rsidR="00971D4E" w:rsidRPr="008A77BF" w:rsidRDefault="00971D4E" w:rsidP="00971D4E">
            <w:pPr>
              <w:rPr>
                <w:rFonts w:ascii="Roboto" w:hAnsi="Roboto"/>
                <w:b/>
                <w:bCs/>
              </w:rPr>
            </w:pPr>
            <w:r w:rsidRPr="008A77BF">
              <w:rPr>
                <w:rFonts w:ascii="Roboto" w:hAnsi="Roboto"/>
                <w:b/>
                <w:bCs/>
              </w:rPr>
              <w:t>Objective of the session OR expected learning outcome in bullet points</w:t>
            </w:r>
          </w:p>
          <w:p w14:paraId="7E62817E" w14:textId="3418C665" w:rsidR="00971D4E" w:rsidRPr="008A77BF" w:rsidRDefault="00971D4E" w:rsidP="008A77BF">
            <w:pPr>
              <w:widowControl w:val="0"/>
              <w:rPr>
                <w:rFonts w:ascii="Roboto" w:eastAsia="Calibri" w:hAnsi="Roboto" w:cs="Calibri"/>
                <w:i/>
                <w:sz w:val="20"/>
                <w:szCs w:val="20"/>
              </w:rPr>
            </w:pPr>
            <w:r w:rsidRPr="008A77BF">
              <w:rPr>
                <w:rFonts w:ascii="Roboto" w:eastAsia="Calibri" w:hAnsi="Roboto" w:cs="Calibri"/>
                <w:i/>
                <w:sz w:val="20"/>
                <w:szCs w:val="20"/>
              </w:rPr>
              <w:t>100 words max</w:t>
            </w:r>
          </w:p>
          <w:p w14:paraId="011C11CE" w14:textId="4C082E12" w:rsidR="00971D4E" w:rsidRPr="008A77BF" w:rsidRDefault="00971D4E" w:rsidP="00971D4E">
            <w:pPr>
              <w:rPr>
                <w:rFonts w:ascii="Roboto" w:hAnsi="Roboto"/>
              </w:rPr>
            </w:pPr>
          </w:p>
        </w:tc>
        <w:tc>
          <w:tcPr>
            <w:tcW w:w="6614" w:type="dxa"/>
          </w:tcPr>
          <w:p w14:paraId="2CE3C622" w14:textId="77777777" w:rsidR="00971D4E" w:rsidRPr="008A77BF" w:rsidRDefault="00971D4E" w:rsidP="00971D4E">
            <w:pPr>
              <w:rPr>
                <w:rFonts w:ascii="Roboto" w:hAnsi="Roboto"/>
              </w:rPr>
            </w:pPr>
          </w:p>
        </w:tc>
      </w:tr>
      <w:tr w:rsidR="00971D4E" w:rsidRPr="008A77BF" w14:paraId="74A32BBD" w14:textId="77777777" w:rsidTr="7B472F35">
        <w:tc>
          <w:tcPr>
            <w:tcW w:w="2612" w:type="dxa"/>
          </w:tcPr>
          <w:p w14:paraId="3A12CADF" w14:textId="77777777" w:rsidR="00971D4E" w:rsidRPr="008A77BF" w:rsidRDefault="00971D4E" w:rsidP="00971D4E">
            <w:pPr>
              <w:rPr>
                <w:rFonts w:ascii="Roboto" w:hAnsi="Roboto"/>
                <w:b/>
                <w:bCs/>
              </w:rPr>
            </w:pPr>
            <w:r w:rsidRPr="008A77BF">
              <w:rPr>
                <w:rFonts w:ascii="Roboto" w:hAnsi="Roboto"/>
                <w:b/>
                <w:bCs/>
              </w:rPr>
              <w:t>Session format</w:t>
            </w:r>
          </w:p>
          <w:p w14:paraId="389B823D" w14:textId="78FFD6D2" w:rsidR="00971D4E" w:rsidRPr="008A77BF" w:rsidRDefault="004F3A55" w:rsidP="00971D4E">
            <w:pPr>
              <w:rPr>
                <w:rFonts w:ascii="Roboto" w:hAnsi="Roboto"/>
                <w:i/>
                <w:iCs/>
              </w:rPr>
            </w:pPr>
            <w:r w:rsidRPr="008A77BF">
              <w:rPr>
                <w:rFonts w:ascii="Roboto" w:eastAsia="Calibri" w:hAnsi="Roboto" w:cs="Calibri"/>
                <w:i/>
                <w:sz w:val="20"/>
                <w:szCs w:val="20"/>
              </w:rPr>
              <w:t>Specify how you want to conduct the session while you are speaking</w:t>
            </w:r>
          </w:p>
        </w:tc>
        <w:tc>
          <w:tcPr>
            <w:tcW w:w="6614" w:type="dxa"/>
          </w:tcPr>
          <w:p w14:paraId="148EBAB9" w14:textId="77777777" w:rsidR="00971D4E" w:rsidRPr="008A77BF" w:rsidRDefault="004F3A55" w:rsidP="004F3A55">
            <w:pPr>
              <w:pStyle w:val="ListParagraph"/>
              <w:numPr>
                <w:ilvl w:val="0"/>
                <w:numId w:val="36"/>
              </w:numPr>
              <w:rPr>
                <w:rFonts w:ascii="Roboto" w:hAnsi="Roboto"/>
              </w:rPr>
            </w:pPr>
            <w:r w:rsidRPr="008A77BF">
              <w:rPr>
                <w:rFonts w:ascii="Roboto" w:hAnsi="Roboto"/>
              </w:rPr>
              <w:t>PPT</w:t>
            </w:r>
          </w:p>
          <w:p w14:paraId="64FE1EBF" w14:textId="77777777" w:rsidR="004F3A55" w:rsidRPr="008A77BF" w:rsidRDefault="004F3A55" w:rsidP="004F3A55">
            <w:pPr>
              <w:pStyle w:val="ListParagraph"/>
              <w:numPr>
                <w:ilvl w:val="0"/>
                <w:numId w:val="36"/>
              </w:numPr>
              <w:rPr>
                <w:rFonts w:ascii="Roboto" w:hAnsi="Roboto"/>
              </w:rPr>
            </w:pPr>
            <w:r w:rsidRPr="008A77BF">
              <w:rPr>
                <w:rFonts w:ascii="Roboto" w:hAnsi="Roboto"/>
              </w:rPr>
              <w:t>Video</w:t>
            </w:r>
          </w:p>
          <w:p w14:paraId="3FE6F77C" w14:textId="77777777" w:rsidR="004F3A55" w:rsidRPr="008A77BF" w:rsidRDefault="004F3A55" w:rsidP="004F3A55">
            <w:pPr>
              <w:pStyle w:val="ListParagraph"/>
              <w:numPr>
                <w:ilvl w:val="0"/>
                <w:numId w:val="36"/>
              </w:numPr>
              <w:rPr>
                <w:rFonts w:ascii="Roboto" w:hAnsi="Roboto"/>
              </w:rPr>
            </w:pPr>
            <w:r w:rsidRPr="008A77BF">
              <w:rPr>
                <w:rFonts w:ascii="Roboto" w:hAnsi="Roboto"/>
              </w:rPr>
              <w:t>Photos</w:t>
            </w:r>
          </w:p>
          <w:p w14:paraId="40E036CD" w14:textId="129F6BDB" w:rsidR="004F3A55" w:rsidRPr="008A77BF" w:rsidRDefault="004F3A55" w:rsidP="004F3A55">
            <w:pPr>
              <w:pStyle w:val="ListParagraph"/>
              <w:numPr>
                <w:ilvl w:val="0"/>
                <w:numId w:val="36"/>
              </w:numPr>
              <w:rPr>
                <w:rFonts w:ascii="Roboto" w:hAnsi="Roboto"/>
              </w:rPr>
            </w:pPr>
            <w:r w:rsidRPr="008A77BF">
              <w:rPr>
                <w:rFonts w:ascii="Roboto" w:hAnsi="Roboto"/>
              </w:rPr>
              <w:t xml:space="preserve">Mix of the above three </w:t>
            </w:r>
          </w:p>
        </w:tc>
      </w:tr>
      <w:tr w:rsidR="00971D4E" w:rsidRPr="008A77BF" w14:paraId="63DF70AA" w14:textId="77777777" w:rsidTr="7B472F35">
        <w:tc>
          <w:tcPr>
            <w:tcW w:w="2612" w:type="dxa"/>
          </w:tcPr>
          <w:p w14:paraId="66400007" w14:textId="77777777" w:rsidR="004F3A55" w:rsidRPr="008A77BF" w:rsidRDefault="004F3A55" w:rsidP="008A77BF">
            <w:pPr>
              <w:rPr>
                <w:rFonts w:ascii="Roboto" w:hAnsi="Roboto"/>
                <w:b/>
                <w:bCs/>
              </w:rPr>
            </w:pPr>
            <w:r w:rsidRPr="008A77BF">
              <w:rPr>
                <w:rFonts w:ascii="Roboto" w:hAnsi="Roboto"/>
                <w:b/>
                <w:bCs/>
              </w:rPr>
              <w:t>Results and evidence to support the information you are presenting</w:t>
            </w:r>
          </w:p>
          <w:p w14:paraId="2A85620C" w14:textId="0F51CAF3" w:rsidR="004F3A55" w:rsidRPr="008A77BF" w:rsidRDefault="004F3A55" w:rsidP="008A77BF">
            <w:pPr>
              <w:rPr>
                <w:rFonts w:ascii="Roboto" w:eastAsia="Calibri" w:hAnsi="Roboto" w:cs="Calibri"/>
                <w:i/>
                <w:sz w:val="20"/>
                <w:szCs w:val="20"/>
              </w:rPr>
            </w:pPr>
            <w:r w:rsidRPr="008A77BF">
              <w:rPr>
                <w:rFonts w:ascii="Roboto" w:eastAsia="Calibri" w:hAnsi="Roboto" w:cs="Calibri"/>
                <w:i/>
                <w:sz w:val="20"/>
                <w:szCs w:val="20"/>
              </w:rPr>
              <w:t>500 words max</w:t>
            </w:r>
          </w:p>
          <w:p w14:paraId="2DCE8AD9" w14:textId="4FE37DCE" w:rsidR="004F3A55" w:rsidRPr="008A77BF" w:rsidRDefault="004F3A55" w:rsidP="008A77BF">
            <w:pPr>
              <w:rPr>
                <w:rFonts w:ascii="Roboto" w:eastAsia="Calibri" w:hAnsi="Roboto" w:cs="Calibri"/>
                <w:i/>
                <w:sz w:val="20"/>
                <w:szCs w:val="20"/>
              </w:rPr>
            </w:pPr>
            <w:r w:rsidRPr="008A77BF">
              <w:rPr>
                <w:rFonts w:ascii="Roboto" w:eastAsia="Calibri" w:hAnsi="Roboto" w:cs="Calibri"/>
                <w:i/>
                <w:sz w:val="20"/>
                <w:szCs w:val="20"/>
              </w:rPr>
              <w:t>Include a short paragraph with the results from your project, including the following:</w:t>
            </w:r>
          </w:p>
          <w:p w14:paraId="67B1658B" w14:textId="77777777" w:rsidR="004F3A55" w:rsidRPr="008A77BF" w:rsidRDefault="004F3A55" w:rsidP="008A77BF">
            <w:pPr>
              <w:numPr>
                <w:ilvl w:val="0"/>
                <w:numId w:val="37"/>
              </w:numPr>
              <w:rPr>
                <w:rFonts w:ascii="Roboto" w:eastAsia="Calibri" w:hAnsi="Roboto" w:cs="Calibri"/>
                <w:i/>
                <w:sz w:val="20"/>
                <w:szCs w:val="20"/>
              </w:rPr>
            </w:pPr>
            <w:r w:rsidRPr="008A77BF">
              <w:rPr>
                <w:rFonts w:ascii="Roboto" w:eastAsia="Calibri" w:hAnsi="Roboto" w:cs="Calibri"/>
                <w:i/>
                <w:sz w:val="20"/>
                <w:szCs w:val="20"/>
              </w:rPr>
              <w:t>The setting the work takes place in (e.g. hospital, community care facility):</w:t>
            </w:r>
          </w:p>
          <w:p w14:paraId="1B9186FA" w14:textId="77777777" w:rsidR="004F3A55" w:rsidRPr="008A77BF" w:rsidRDefault="004F3A55" w:rsidP="008A77BF">
            <w:pPr>
              <w:numPr>
                <w:ilvl w:val="0"/>
                <w:numId w:val="37"/>
              </w:numPr>
              <w:rPr>
                <w:rFonts w:ascii="Roboto" w:eastAsia="Calibri" w:hAnsi="Roboto" w:cs="Calibri"/>
                <w:i/>
                <w:sz w:val="20"/>
                <w:szCs w:val="20"/>
              </w:rPr>
            </w:pPr>
            <w:r w:rsidRPr="008A77BF">
              <w:rPr>
                <w:rFonts w:ascii="Roboto" w:eastAsia="Calibri" w:hAnsi="Roboto" w:cs="Calibri"/>
                <w:i/>
                <w:sz w:val="20"/>
                <w:szCs w:val="20"/>
              </w:rPr>
              <w:t>Problem or Challenge faced:</w:t>
            </w:r>
          </w:p>
          <w:p w14:paraId="38F3D380" w14:textId="77777777" w:rsidR="004F3A55" w:rsidRPr="008A77BF" w:rsidRDefault="004F3A55" w:rsidP="008A77BF">
            <w:pPr>
              <w:numPr>
                <w:ilvl w:val="0"/>
                <w:numId w:val="37"/>
              </w:numPr>
              <w:rPr>
                <w:rFonts w:ascii="Roboto" w:eastAsia="Calibri" w:hAnsi="Roboto" w:cs="Calibri"/>
                <w:i/>
                <w:sz w:val="20"/>
                <w:szCs w:val="20"/>
              </w:rPr>
            </w:pPr>
            <w:r w:rsidRPr="008A77BF">
              <w:rPr>
                <w:rFonts w:ascii="Roboto" w:eastAsia="Calibri" w:hAnsi="Roboto" w:cs="Calibri"/>
                <w:i/>
                <w:sz w:val="20"/>
                <w:szCs w:val="20"/>
              </w:rPr>
              <w:t>Your intervention:</w:t>
            </w:r>
          </w:p>
          <w:p w14:paraId="7D05B58E" w14:textId="77777777" w:rsidR="004F3A55" w:rsidRPr="008A77BF" w:rsidRDefault="004F3A55" w:rsidP="008A77BF">
            <w:pPr>
              <w:numPr>
                <w:ilvl w:val="0"/>
                <w:numId w:val="37"/>
              </w:numPr>
              <w:rPr>
                <w:rFonts w:ascii="Roboto" w:eastAsia="Calibri" w:hAnsi="Roboto" w:cs="Calibri"/>
                <w:i/>
                <w:sz w:val="20"/>
                <w:szCs w:val="20"/>
              </w:rPr>
            </w:pPr>
            <w:r w:rsidRPr="008A77BF">
              <w:rPr>
                <w:rFonts w:ascii="Roboto" w:eastAsia="Calibri" w:hAnsi="Roboto" w:cs="Calibri"/>
                <w:i/>
                <w:sz w:val="20"/>
                <w:szCs w:val="20"/>
              </w:rPr>
              <w:t>Results (including data to back up your evidence)</w:t>
            </w:r>
          </w:p>
          <w:p w14:paraId="5F13038B" w14:textId="4BD6729B" w:rsidR="004F3A55" w:rsidRPr="008A77BF" w:rsidRDefault="004F3A55" w:rsidP="008A77BF">
            <w:pPr>
              <w:numPr>
                <w:ilvl w:val="0"/>
                <w:numId w:val="37"/>
              </w:numPr>
              <w:rPr>
                <w:rFonts w:ascii="Roboto" w:eastAsia="Calibri" w:hAnsi="Roboto" w:cs="Calibri"/>
                <w:i/>
                <w:sz w:val="20"/>
                <w:szCs w:val="20"/>
              </w:rPr>
            </w:pPr>
            <w:r w:rsidRPr="008A77BF">
              <w:rPr>
                <w:rFonts w:ascii="Roboto" w:eastAsia="Calibri" w:hAnsi="Roboto" w:cs="Calibri"/>
                <w:i/>
                <w:sz w:val="20"/>
                <w:szCs w:val="20"/>
              </w:rPr>
              <w:t>Conclusion and learning for others</w:t>
            </w:r>
          </w:p>
          <w:p w14:paraId="14B1A6A0" w14:textId="77777777" w:rsidR="004F3A55" w:rsidRPr="008A77BF" w:rsidRDefault="004F3A55" w:rsidP="008A77BF">
            <w:pPr>
              <w:rPr>
                <w:rFonts w:ascii="Roboto" w:eastAsia="Calibri" w:hAnsi="Roboto" w:cs="Calibri"/>
                <w:i/>
                <w:sz w:val="20"/>
                <w:szCs w:val="20"/>
              </w:rPr>
            </w:pPr>
          </w:p>
          <w:p w14:paraId="32D1E6A0" w14:textId="51CA7004" w:rsidR="00971D4E" w:rsidRPr="008A77BF" w:rsidRDefault="00971D4E" w:rsidP="008A77BF">
            <w:pPr>
              <w:rPr>
                <w:rFonts w:ascii="Roboto" w:eastAsia="Calibri" w:hAnsi="Roboto" w:cs="Calibri"/>
                <w:i/>
                <w:sz w:val="20"/>
                <w:szCs w:val="20"/>
              </w:rPr>
            </w:pPr>
          </w:p>
        </w:tc>
        <w:tc>
          <w:tcPr>
            <w:tcW w:w="6614" w:type="dxa"/>
          </w:tcPr>
          <w:p w14:paraId="3989506E" w14:textId="77777777" w:rsidR="00971D4E" w:rsidRPr="008A77BF" w:rsidRDefault="00971D4E" w:rsidP="00971D4E">
            <w:pPr>
              <w:rPr>
                <w:rFonts w:ascii="Roboto" w:hAnsi="Roboto"/>
              </w:rPr>
            </w:pPr>
          </w:p>
        </w:tc>
      </w:tr>
      <w:tr w:rsidR="00971D4E" w:rsidRPr="008A77BF" w14:paraId="3342CE02" w14:textId="77777777" w:rsidTr="7B472F35">
        <w:tc>
          <w:tcPr>
            <w:tcW w:w="2612" w:type="dxa"/>
          </w:tcPr>
          <w:p w14:paraId="3F7854EA" w14:textId="77777777" w:rsidR="004F3A55" w:rsidRPr="008A77BF" w:rsidRDefault="004F3A55" w:rsidP="004F3A55">
            <w:pPr>
              <w:widowControl w:val="0"/>
              <w:rPr>
                <w:rFonts w:ascii="Roboto" w:eastAsia="Calibri" w:hAnsi="Roboto" w:cs="Calibri"/>
                <w:b/>
                <w:color w:val="222222"/>
                <w:highlight w:val="white"/>
              </w:rPr>
            </w:pPr>
            <w:r w:rsidRPr="008A77BF">
              <w:rPr>
                <w:rFonts w:ascii="Roboto" w:eastAsia="Calibri" w:hAnsi="Roboto" w:cs="Calibri"/>
                <w:b/>
                <w:color w:val="222222"/>
                <w:highlight w:val="white"/>
              </w:rPr>
              <w:t>Was ethics approval for any research work obtained (where relevant)?</w:t>
            </w:r>
          </w:p>
          <w:p w14:paraId="0DF20865" w14:textId="77777777" w:rsidR="00971D4E" w:rsidRPr="008A77BF" w:rsidRDefault="00971D4E" w:rsidP="004F3A55">
            <w:pPr>
              <w:ind w:left="720"/>
              <w:rPr>
                <w:rFonts w:ascii="Roboto" w:hAnsi="Roboto"/>
              </w:rPr>
            </w:pPr>
          </w:p>
        </w:tc>
        <w:tc>
          <w:tcPr>
            <w:tcW w:w="6614" w:type="dxa"/>
          </w:tcPr>
          <w:p w14:paraId="6471029A" w14:textId="77777777" w:rsidR="00971D4E" w:rsidRPr="008A77BF" w:rsidRDefault="004F3A55" w:rsidP="004F3A55">
            <w:pPr>
              <w:pStyle w:val="ListParagraph"/>
              <w:numPr>
                <w:ilvl w:val="0"/>
                <w:numId w:val="38"/>
              </w:numPr>
              <w:rPr>
                <w:rFonts w:ascii="Roboto" w:hAnsi="Roboto"/>
              </w:rPr>
            </w:pPr>
            <w:r w:rsidRPr="008A77BF">
              <w:rPr>
                <w:rFonts w:ascii="Roboto" w:hAnsi="Roboto"/>
              </w:rPr>
              <w:t>Yes</w:t>
            </w:r>
          </w:p>
          <w:p w14:paraId="5B4615F4" w14:textId="77777777" w:rsidR="004F3A55" w:rsidRPr="008A77BF" w:rsidRDefault="004F3A55" w:rsidP="004F3A55">
            <w:pPr>
              <w:pStyle w:val="ListParagraph"/>
              <w:numPr>
                <w:ilvl w:val="0"/>
                <w:numId w:val="38"/>
              </w:numPr>
              <w:rPr>
                <w:rFonts w:ascii="Roboto" w:hAnsi="Roboto"/>
              </w:rPr>
            </w:pPr>
            <w:r w:rsidRPr="008A77BF">
              <w:rPr>
                <w:rFonts w:ascii="Roboto" w:hAnsi="Roboto"/>
              </w:rPr>
              <w:t>No</w:t>
            </w:r>
          </w:p>
          <w:p w14:paraId="1938CDFB" w14:textId="7142B3CF" w:rsidR="004F3A55" w:rsidRPr="008A77BF" w:rsidRDefault="004F3A55" w:rsidP="004F3A55">
            <w:pPr>
              <w:pStyle w:val="ListParagraph"/>
              <w:numPr>
                <w:ilvl w:val="0"/>
                <w:numId w:val="38"/>
              </w:numPr>
              <w:rPr>
                <w:rFonts w:ascii="Roboto" w:hAnsi="Roboto"/>
              </w:rPr>
            </w:pPr>
            <w:r w:rsidRPr="008A77BF">
              <w:rPr>
                <w:rFonts w:ascii="Roboto" w:hAnsi="Roboto"/>
              </w:rPr>
              <w:t>Not relevant</w:t>
            </w:r>
          </w:p>
        </w:tc>
      </w:tr>
      <w:tr w:rsidR="00971D4E" w:rsidRPr="008A77BF" w14:paraId="659C5FA9" w14:textId="77777777" w:rsidTr="7B472F35">
        <w:tc>
          <w:tcPr>
            <w:tcW w:w="2612" w:type="dxa"/>
          </w:tcPr>
          <w:p w14:paraId="0412F82C" w14:textId="395961C3" w:rsidR="004F3A55" w:rsidRPr="008A77BF" w:rsidRDefault="004F3A55" w:rsidP="004F3A55">
            <w:pPr>
              <w:widowControl w:val="0"/>
              <w:rPr>
                <w:rFonts w:ascii="Roboto" w:eastAsia="Calibri" w:hAnsi="Roboto" w:cs="Calibri"/>
                <w:b/>
              </w:rPr>
            </w:pPr>
            <w:r w:rsidRPr="008A77BF">
              <w:rPr>
                <w:rFonts w:ascii="Roboto" w:eastAsia="Calibri" w:hAnsi="Roboto" w:cs="Calibri"/>
                <w:b/>
              </w:rPr>
              <w:t xml:space="preserve">Have you previously </w:t>
            </w:r>
            <w:r w:rsidRPr="008A77BF">
              <w:rPr>
                <w:rFonts w:ascii="Roboto" w:eastAsia="Calibri" w:hAnsi="Roboto" w:cs="Calibri"/>
                <w:b/>
              </w:rPr>
              <w:lastRenderedPageBreak/>
              <w:t xml:space="preserve">presented this work at </w:t>
            </w:r>
            <w:r w:rsidR="008A77BF">
              <w:rPr>
                <w:rFonts w:ascii="Roboto" w:eastAsia="Calibri" w:hAnsi="Roboto" w:cs="Calibri"/>
                <w:b/>
              </w:rPr>
              <w:t xml:space="preserve">any national or </w:t>
            </w:r>
            <w:r w:rsidR="008A77BF" w:rsidRPr="008A77BF">
              <w:rPr>
                <w:rFonts w:ascii="Roboto" w:eastAsia="Calibri" w:hAnsi="Roboto" w:cs="Calibri"/>
                <w:b/>
              </w:rPr>
              <w:t>international</w:t>
            </w:r>
            <w:r w:rsidRPr="008A77BF">
              <w:rPr>
                <w:rFonts w:ascii="Roboto" w:eastAsia="Calibri" w:hAnsi="Roboto" w:cs="Calibri"/>
                <w:b/>
              </w:rPr>
              <w:t xml:space="preserve"> </w:t>
            </w:r>
            <w:r w:rsidR="008A77BF">
              <w:rPr>
                <w:rFonts w:ascii="Roboto" w:eastAsia="Calibri" w:hAnsi="Roboto" w:cs="Calibri"/>
                <w:b/>
              </w:rPr>
              <w:t>f</w:t>
            </w:r>
            <w:r w:rsidRPr="008A77BF">
              <w:rPr>
                <w:rFonts w:ascii="Roboto" w:eastAsia="Calibri" w:hAnsi="Roboto" w:cs="Calibri"/>
                <w:b/>
              </w:rPr>
              <w:t>orum</w:t>
            </w:r>
            <w:r w:rsidR="008A77BF">
              <w:rPr>
                <w:rFonts w:ascii="Roboto" w:eastAsia="Calibri" w:hAnsi="Roboto" w:cs="Calibri"/>
                <w:b/>
              </w:rPr>
              <w:t xml:space="preserve"> or conference</w:t>
            </w:r>
            <w:r w:rsidRPr="008A77BF">
              <w:rPr>
                <w:rFonts w:ascii="Roboto" w:eastAsia="Calibri" w:hAnsi="Roboto" w:cs="Calibri"/>
                <w:b/>
              </w:rPr>
              <w:t>?</w:t>
            </w:r>
          </w:p>
          <w:p w14:paraId="24E5E291" w14:textId="66C76867" w:rsidR="00971D4E" w:rsidRPr="008A77BF" w:rsidRDefault="004F3A55" w:rsidP="004F3A55">
            <w:pPr>
              <w:rPr>
                <w:rFonts w:ascii="Roboto" w:hAnsi="Roboto"/>
              </w:rPr>
            </w:pPr>
            <w:r w:rsidRPr="008A77BF">
              <w:rPr>
                <w:rFonts w:ascii="Roboto" w:eastAsia="Calibri" w:hAnsi="Roboto" w:cs="Calibri"/>
                <w:i/>
                <w:sz w:val="20"/>
                <w:szCs w:val="20"/>
              </w:rPr>
              <w:t>If yes, please state year and location</w:t>
            </w:r>
          </w:p>
        </w:tc>
        <w:tc>
          <w:tcPr>
            <w:tcW w:w="6614" w:type="dxa"/>
          </w:tcPr>
          <w:p w14:paraId="22507639" w14:textId="092A3258" w:rsidR="00971D4E" w:rsidRPr="008A77BF" w:rsidRDefault="004F3A55" w:rsidP="004F3A55">
            <w:pPr>
              <w:pStyle w:val="ListParagraph"/>
              <w:numPr>
                <w:ilvl w:val="0"/>
                <w:numId w:val="39"/>
              </w:numPr>
              <w:rPr>
                <w:rFonts w:ascii="Roboto" w:hAnsi="Roboto"/>
              </w:rPr>
            </w:pPr>
            <w:r w:rsidRPr="7B472F35">
              <w:rPr>
                <w:rFonts w:ascii="Roboto" w:hAnsi="Roboto"/>
              </w:rPr>
              <w:lastRenderedPageBreak/>
              <w:t xml:space="preserve">If yes, specify the </w:t>
            </w:r>
            <w:r w:rsidR="3036084F" w:rsidRPr="7B472F35">
              <w:rPr>
                <w:rFonts w:ascii="Roboto" w:hAnsi="Roboto"/>
              </w:rPr>
              <w:t>details:</w:t>
            </w:r>
            <w:r w:rsidRPr="7B472F35">
              <w:rPr>
                <w:rFonts w:ascii="Roboto" w:hAnsi="Roboto"/>
              </w:rPr>
              <w:t>……………</w:t>
            </w:r>
          </w:p>
          <w:p w14:paraId="2231A53A" w14:textId="27F70EBF" w:rsidR="004F3A55" w:rsidRPr="008A77BF" w:rsidRDefault="004F3A55" w:rsidP="004F3A55">
            <w:pPr>
              <w:pStyle w:val="ListParagraph"/>
              <w:numPr>
                <w:ilvl w:val="0"/>
                <w:numId w:val="39"/>
              </w:numPr>
              <w:rPr>
                <w:rFonts w:ascii="Roboto" w:hAnsi="Roboto"/>
              </w:rPr>
            </w:pPr>
            <w:r w:rsidRPr="008A77BF">
              <w:rPr>
                <w:rFonts w:ascii="Roboto" w:hAnsi="Roboto"/>
              </w:rPr>
              <w:lastRenderedPageBreak/>
              <w:t>No</w:t>
            </w:r>
          </w:p>
        </w:tc>
      </w:tr>
      <w:tr w:rsidR="00647F51" w:rsidRPr="008A77BF" w14:paraId="3FA5B226" w14:textId="77777777" w:rsidTr="7B472F35">
        <w:tc>
          <w:tcPr>
            <w:tcW w:w="9226" w:type="dxa"/>
            <w:gridSpan w:val="2"/>
            <w:shd w:val="clear" w:color="auto" w:fill="D9D9D9" w:themeFill="background1" w:themeFillShade="D9"/>
          </w:tcPr>
          <w:p w14:paraId="7CAACDCA" w14:textId="5325ADFC" w:rsidR="00647F51" w:rsidRPr="008A77BF" w:rsidRDefault="00647F51" w:rsidP="00647F51">
            <w:pPr>
              <w:rPr>
                <w:rFonts w:ascii="Roboto" w:hAnsi="Roboto"/>
              </w:rPr>
            </w:pPr>
            <w:r w:rsidRPr="008A77BF">
              <w:rPr>
                <w:rFonts w:ascii="Roboto" w:eastAsia="Calibri" w:hAnsi="Roboto" w:cs="Calibri"/>
                <w:b/>
              </w:rPr>
              <w:lastRenderedPageBreak/>
              <w:t>Part Two: Your Details</w:t>
            </w:r>
          </w:p>
        </w:tc>
      </w:tr>
      <w:tr w:rsidR="00647F51" w:rsidRPr="008A77BF" w14:paraId="75B0BCDE" w14:textId="77777777" w:rsidTr="7B472F35">
        <w:tc>
          <w:tcPr>
            <w:tcW w:w="2612" w:type="dxa"/>
          </w:tcPr>
          <w:p w14:paraId="5C0CBB56" w14:textId="0A458A3E" w:rsidR="00647F51" w:rsidRPr="008A77BF" w:rsidRDefault="00647F51" w:rsidP="004F3A55">
            <w:pPr>
              <w:widowControl w:val="0"/>
              <w:rPr>
                <w:rFonts w:ascii="Roboto" w:eastAsia="Calibri" w:hAnsi="Roboto" w:cs="Calibri"/>
                <w:b/>
              </w:rPr>
            </w:pPr>
            <w:r w:rsidRPr="008A77BF">
              <w:rPr>
                <w:rFonts w:ascii="Roboto" w:eastAsia="Calibri" w:hAnsi="Roboto" w:cs="Calibri"/>
                <w:b/>
              </w:rPr>
              <w:t>Name</w:t>
            </w:r>
          </w:p>
        </w:tc>
        <w:tc>
          <w:tcPr>
            <w:tcW w:w="6614" w:type="dxa"/>
          </w:tcPr>
          <w:p w14:paraId="6F7BA689" w14:textId="77777777" w:rsidR="00647F51" w:rsidRPr="008A77BF" w:rsidRDefault="00647F51" w:rsidP="008A77BF">
            <w:pPr>
              <w:pStyle w:val="ListParagraph"/>
              <w:rPr>
                <w:rFonts w:ascii="Roboto" w:hAnsi="Roboto"/>
              </w:rPr>
            </w:pPr>
          </w:p>
        </w:tc>
      </w:tr>
      <w:tr w:rsidR="00647F51" w:rsidRPr="008A77BF" w14:paraId="1CEDAB13" w14:textId="77777777" w:rsidTr="7B472F35">
        <w:tc>
          <w:tcPr>
            <w:tcW w:w="2612" w:type="dxa"/>
          </w:tcPr>
          <w:p w14:paraId="012CDD69" w14:textId="38E4577D" w:rsidR="00647F51" w:rsidRPr="008A77BF" w:rsidRDefault="00647F51" w:rsidP="004F3A55">
            <w:pPr>
              <w:widowControl w:val="0"/>
              <w:rPr>
                <w:rFonts w:ascii="Roboto" w:eastAsia="Calibri" w:hAnsi="Roboto" w:cs="Calibri"/>
                <w:b/>
              </w:rPr>
            </w:pPr>
            <w:r w:rsidRPr="008A77BF">
              <w:rPr>
                <w:rFonts w:ascii="Roboto" w:eastAsia="Calibri" w:hAnsi="Roboto" w:cs="Calibri"/>
                <w:b/>
              </w:rPr>
              <w:t>Designation and Organization name</w:t>
            </w:r>
          </w:p>
        </w:tc>
        <w:tc>
          <w:tcPr>
            <w:tcW w:w="6614" w:type="dxa"/>
          </w:tcPr>
          <w:p w14:paraId="3136C343" w14:textId="77777777" w:rsidR="00647F51" w:rsidRPr="008A77BF" w:rsidRDefault="00647F51" w:rsidP="008A77BF">
            <w:pPr>
              <w:pStyle w:val="ListParagraph"/>
              <w:rPr>
                <w:rFonts w:ascii="Roboto" w:hAnsi="Roboto"/>
              </w:rPr>
            </w:pPr>
          </w:p>
        </w:tc>
      </w:tr>
      <w:tr w:rsidR="00647F51" w:rsidRPr="008A77BF" w14:paraId="04DE3943" w14:textId="77777777" w:rsidTr="7B472F35">
        <w:tc>
          <w:tcPr>
            <w:tcW w:w="2612" w:type="dxa"/>
          </w:tcPr>
          <w:p w14:paraId="67DB9A2C" w14:textId="77777777" w:rsidR="00647F51" w:rsidRPr="008A77BF" w:rsidRDefault="00647F51" w:rsidP="004F3A55">
            <w:pPr>
              <w:widowControl w:val="0"/>
              <w:rPr>
                <w:rFonts w:ascii="Roboto" w:eastAsia="Calibri" w:hAnsi="Roboto" w:cs="Calibri"/>
                <w:b/>
              </w:rPr>
            </w:pPr>
            <w:r w:rsidRPr="008A77BF">
              <w:rPr>
                <w:rFonts w:ascii="Roboto" w:eastAsia="Calibri" w:hAnsi="Roboto" w:cs="Calibri"/>
                <w:b/>
              </w:rPr>
              <w:t>Geographical area</w:t>
            </w:r>
          </w:p>
          <w:p w14:paraId="6A18F628" w14:textId="7E7F1AD4" w:rsidR="00647F51" w:rsidRPr="008A77BF" w:rsidRDefault="00647F51" w:rsidP="008A77BF">
            <w:pPr>
              <w:rPr>
                <w:rFonts w:ascii="Roboto" w:eastAsia="Calibri" w:hAnsi="Roboto" w:cs="Calibri"/>
                <w:b/>
              </w:rPr>
            </w:pPr>
            <w:r w:rsidRPr="008A77BF">
              <w:rPr>
                <w:rFonts w:ascii="Roboto" w:eastAsia="Calibri" w:hAnsi="Roboto" w:cs="Calibri"/>
                <w:i/>
                <w:sz w:val="20"/>
                <w:szCs w:val="20"/>
              </w:rPr>
              <w:t xml:space="preserve">Mention which </w:t>
            </w:r>
            <w:r w:rsidR="008A77BF" w:rsidRPr="008A77BF">
              <w:rPr>
                <w:rFonts w:ascii="Roboto" w:eastAsia="Calibri" w:hAnsi="Roboto" w:cs="Calibri"/>
                <w:i/>
                <w:sz w:val="20"/>
                <w:szCs w:val="20"/>
              </w:rPr>
              <w:t>districts</w:t>
            </w:r>
            <w:r w:rsidRPr="008A77BF">
              <w:rPr>
                <w:rFonts w:ascii="Roboto" w:eastAsia="Calibri" w:hAnsi="Roboto" w:cs="Calibri"/>
                <w:i/>
                <w:sz w:val="20"/>
                <w:szCs w:val="20"/>
              </w:rPr>
              <w:t xml:space="preserve"> you are </w:t>
            </w:r>
            <w:r w:rsidR="008A77BF" w:rsidRPr="008A77BF">
              <w:rPr>
                <w:rFonts w:ascii="Roboto" w:eastAsia="Calibri" w:hAnsi="Roboto" w:cs="Calibri"/>
                <w:i/>
                <w:sz w:val="20"/>
                <w:szCs w:val="20"/>
              </w:rPr>
              <w:t>representing</w:t>
            </w:r>
            <w:r w:rsidRPr="008A77BF">
              <w:rPr>
                <w:rFonts w:ascii="Roboto" w:eastAsia="Calibri" w:hAnsi="Roboto" w:cs="Calibri"/>
                <w:i/>
                <w:sz w:val="20"/>
                <w:szCs w:val="20"/>
              </w:rPr>
              <w:t xml:space="preserve"> from</w:t>
            </w:r>
          </w:p>
        </w:tc>
        <w:tc>
          <w:tcPr>
            <w:tcW w:w="6614" w:type="dxa"/>
          </w:tcPr>
          <w:p w14:paraId="5AA847FA" w14:textId="77777777" w:rsidR="00647F51" w:rsidRPr="008A77BF" w:rsidRDefault="00647F51" w:rsidP="008A77BF">
            <w:pPr>
              <w:rPr>
                <w:rFonts w:ascii="Roboto" w:hAnsi="Roboto"/>
              </w:rPr>
            </w:pPr>
          </w:p>
        </w:tc>
      </w:tr>
      <w:tr w:rsidR="00647F51" w:rsidRPr="008A77BF" w14:paraId="4BB3F4CD" w14:textId="77777777" w:rsidTr="7B472F35">
        <w:tc>
          <w:tcPr>
            <w:tcW w:w="2612" w:type="dxa"/>
          </w:tcPr>
          <w:p w14:paraId="00BF873F" w14:textId="77777777" w:rsidR="00647F51" w:rsidRPr="008A77BF" w:rsidRDefault="00647F51" w:rsidP="004F3A55">
            <w:pPr>
              <w:widowControl w:val="0"/>
              <w:rPr>
                <w:rFonts w:ascii="Roboto" w:eastAsia="Calibri" w:hAnsi="Roboto" w:cs="Calibri"/>
                <w:b/>
              </w:rPr>
            </w:pPr>
            <w:r w:rsidRPr="008A77BF">
              <w:rPr>
                <w:rFonts w:ascii="Roboto" w:eastAsia="Calibri" w:hAnsi="Roboto" w:cs="Calibri"/>
                <w:b/>
              </w:rPr>
              <w:t>Bio</w:t>
            </w:r>
          </w:p>
          <w:p w14:paraId="697A0C26" w14:textId="77777777" w:rsidR="00647F51" w:rsidRPr="008A77BF" w:rsidRDefault="00647F51" w:rsidP="008A77BF">
            <w:pPr>
              <w:rPr>
                <w:rFonts w:ascii="Roboto" w:eastAsia="Calibri" w:hAnsi="Roboto" w:cs="Calibri"/>
                <w:i/>
                <w:sz w:val="20"/>
                <w:szCs w:val="20"/>
              </w:rPr>
            </w:pPr>
            <w:r w:rsidRPr="008A77BF">
              <w:rPr>
                <w:rFonts w:ascii="Roboto" w:eastAsia="Calibri" w:hAnsi="Roboto" w:cs="Calibri"/>
                <w:i/>
                <w:sz w:val="20"/>
                <w:szCs w:val="20"/>
              </w:rPr>
              <w:t>150 words max</w:t>
            </w:r>
          </w:p>
          <w:p w14:paraId="7FEA49CB" w14:textId="0631FDFC" w:rsidR="00647F51" w:rsidRPr="008A77BF" w:rsidRDefault="00647F51" w:rsidP="004F3A55">
            <w:pPr>
              <w:widowControl w:val="0"/>
              <w:rPr>
                <w:rFonts w:ascii="Roboto" w:eastAsia="Calibri" w:hAnsi="Roboto" w:cs="Calibri"/>
                <w:b/>
              </w:rPr>
            </w:pPr>
          </w:p>
        </w:tc>
        <w:tc>
          <w:tcPr>
            <w:tcW w:w="6614" w:type="dxa"/>
          </w:tcPr>
          <w:p w14:paraId="5A1DFE5C" w14:textId="77777777" w:rsidR="00647F51" w:rsidRPr="008A77BF" w:rsidRDefault="00647F51" w:rsidP="008A77BF">
            <w:pPr>
              <w:pStyle w:val="ListParagraph"/>
              <w:rPr>
                <w:rFonts w:ascii="Roboto" w:hAnsi="Roboto"/>
              </w:rPr>
            </w:pPr>
          </w:p>
        </w:tc>
      </w:tr>
      <w:tr w:rsidR="00647F51" w:rsidRPr="008A77BF" w14:paraId="7A6A8F15" w14:textId="77777777" w:rsidTr="7B472F35">
        <w:tc>
          <w:tcPr>
            <w:tcW w:w="2612" w:type="dxa"/>
          </w:tcPr>
          <w:p w14:paraId="2B4FDEF7" w14:textId="0D3494DE" w:rsidR="00647F51" w:rsidRPr="008A77BF" w:rsidRDefault="00647F51" w:rsidP="004F3A55">
            <w:pPr>
              <w:widowControl w:val="0"/>
              <w:rPr>
                <w:rFonts w:ascii="Roboto" w:eastAsia="Calibri" w:hAnsi="Roboto" w:cs="Calibri"/>
                <w:b/>
              </w:rPr>
            </w:pPr>
            <w:r w:rsidRPr="008A77BF">
              <w:rPr>
                <w:rFonts w:ascii="Roboto" w:eastAsia="Calibri" w:hAnsi="Roboto" w:cs="Calibri"/>
                <w:b/>
              </w:rPr>
              <w:t>Email</w:t>
            </w:r>
          </w:p>
        </w:tc>
        <w:tc>
          <w:tcPr>
            <w:tcW w:w="6614" w:type="dxa"/>
          </w:tcPr>
          <w:p w14:paraId="32296DEB" w14:textId="77777777" w:rsidR="00647F51" w:rsidRPr="008A77BF" w:rsidRDefault="00647F51" w:rsidP="008A77BF">
            <w:pPr>
              <w:rPr>
                <w:rFonts w:ascii="Roboto" w:hAnsi="Roboto"/>
              </w:rPr>
            </w:pPr>
          </w:p>
        </w:tc>
      </w:tr>
      <w:tr w:rsidR="00647F51" w:rsidRPr="008A77BF" w14:paraId="0D6B60A3" w14:textId="77777777" w:rsidTr="7B472F35">
        <w:tc>
          <w:tcPr>
            <w:tcW w:w="2612" w:type="dxa"/>
          </w:tcPr>
          <w:p w14:paraId="2E266D93" w14:textId="66CD1C55" w:rsidR="00647F51" w:rsidRPr="008A77BF" w:rsidRDefault="00647F51" w:rsidP="004F3A55">
            <w:pPr>
              <w:widowControl w:val="0"/>
              <w:rPr>
                <w:rFonts w:ascii="Roboto" w:eastAsia="Calibri" w:hAnsi="Roboto" w:cs="Calibri"/>
                <w:b/>
              </w:rPr>
            </w:pPr>
            <w:r w:rsidRPr="008A77BF">
              <w:rPr>
                <w:rFonts w:ascii="Roboto" w:eastAsia="Calibri" w:hAnsi="Roboto" w:cs="Calibri"/>
                <w:b/>
              </w:rPr>
              <w:t>Mobile number</w:t>
            </w:r>
          </w:p>
        </w:tc>
        <w:tc>
          <w:tcPr>
            <w:tcW w:w="6614" w:type="dxa"/>
          </w:tcPr>
          <w:p w14:paraId="13465D06" w14:textId="77777777" w:rsidR="00647F51" w:rsidRPr="008A77BF" w:rsidRDefault="00647F51" w:rsidP="008A77BF">
            <w:pPr>
              <w:rPr>
                <w:rFonts w:ascii="Roboto" w:hAnsi="Roboto"/>
              </w:rPr>
            </w:pPr>
          </w:p>
        </w:tc>
      </w:tr>
    </w:tbl>
    <w:p w14:paraId="7861339D" w14:textId="0BA1ED79" w:rsidR="00AE42AE" w:rsidRPr="008A77BF" w:rsidRDefault="00AE42AE" w:rsidP="00971D4E">
      <w:pPr>
        <w:ind w:left="360"/>
        <w:rPr>
          <w:rFonts w:ascii="Roboto" w:hAnsi="Roboto"/>
        </w:rPr>
      </w:pPr>
    </w:p>
    <w:sectPr w:rsidR="00AE42AE" w:rsidRPr="008A77BF" w:rsidSect="00C228B4">
      <w:footerReference w:type="even" r:id="rId12"/>
      <w:footerReference w:type="default" r:id="rId13"/>
      <w:footerReference w:type="first" r:id="rId14"/>
      <w:pgSz w:w="11900" w:h="16840"/>
      <w:pgMar w:top="1152" w:right="1152" w:bottom="1152" w:left="1152"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4160F" w14:textId="77777777" w:rsidR="00B73277" w:rsidRDefault="00B73277" w:rsidP="00C228B4">
      <w:pPr>
        <w:spacing w:after="0" w:line="240" w:lineRule="auto"/>
      </w:pPr>
      <w:r>
        <w:separator/>
      </w:r>
    </w:p>
  </w:endnote>
  <w:endnote w:type="continuationSeparator" w:id="0">
    <w:p w14:paraId="561A7EA4" w14:textId="77777777" w:rsidR="00B73277" w:rsidRDefault="00B73277" w:rsidP="00C22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Roboto,Vrinda,ＭＳ ゴシック">
    <w:panose1 w:val="020B0604020202020204"/>
    <w:charset w:val="80"/>
    <w:family w:val="roman"/>
    <w:notTrueType/>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rinda">
    <w:panose1 w:val="020B0502040204020203"/>
    <w:charset w:val="00"/>
    <w:family w:val="swiss"/>
    <w:pitch w:val="variable"/>
    <w:sig w:usb0="0001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Roboto">
    <w:panose1 w:val="02000000000000000000"/>
    <w:charset w:val="00"/>
    <w:family w:val="auto"/>
    <w:pitch w:val="variable"/>
    <w:sig w:usb0="E00002FF" w:usb1="5000205B" w:usb2="0000002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62B6" w14:textId="2A2F705B" w:rsidR="00C228B4" w:rsidRDefault="002A3990">
    <w:pPr>
      <w:pStyle w:val="Footer"/>
      <w:framePr w:wrap="none" w:vAnchor="text" w:hAnchor="margin" w:xAlign="right" w:y="1"/>
      <w:rPr>
        <w:rStyle w:val="PageNumber"/>
      </w:rPr>
    </w:pPr>
    <w:r>
      <w:rPr>
        <w:noProof/>
      </w:rPr>
      <mc:AlternateContent>
        <mc:Choice Requires="wps">
          <w:drawing>
            <wp:anchor distT="0" distB="0" distL="0" distR="0" simplePos="0" relativeHeight="251658241" behindDoc="0" locked="0" layoutInCell="1" allowOverlap="1" wp14:anchorId="78F62673" wp14:editId="5A3C4EAE">
              <wp:simplePos x="635" y="635"/>
              <wp:positionH relativeFrom="page">
                <wp:align>left</wp:align>
              </wp:positionH>
              <wp:positionV relativeFrom="page">
                <wp:align>bottom</wp:align>
              </wp:positionV>
              <wp:extent cx="1660525" cy="368935"/>
              <wp:effectExtent l="0" t="0" r="3175" b="0"/>
              <wp:wrapNone/>
              <wp:docPr id="1129058423" name="Text Box 2" descr="Classifi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60525" cy="368935"/>
                      </a:xfrm>
                      <a:prstGeom prst="rect">
                        <a:avLst/>
                      </a:prstGeom>
                      <a:noFill/>
                      <a:ln>
                        <a:noFill/>
                      </a:ln>
                    </wps:spPr>
                    <wps:txbx>
                      <w:txbxContent>
                        <w:p w14:paraId="33FEDAA8" w14:textId="531726BD" w:rsidR="002A3990" w:rsidRPr="002A3990" w:rsidRDefault="002A3990" w:rsidP="002A3990">
                          <w:pPr>
                            <w:spacing w:after="0"/>
                            <w:rPr>
                              <w:rFonts w:ascii="Aptos" w:eastAsia="Aptos" w:hAnsi="Aptos" w:cs="Aptos"/>
                              <w:noProof/>
                              <w:color w:val="FF0000"/>
                              <w:sz w:val="20"/>
                              <w:szCs w:val="20"/>
                            </w:rPr>
                          </w:pPr>
                          <w:r w:rsidRPr="002A3990">
                            <w:rPr>
                              <w:rFonts w:ascii="Aptos" w:eastAsia="Aptos" w:hAnsi="Aptos" w:cs="Aptos"/>
                              <w:noProof/>
                              <w:color w:val="FF0000"/>
                              <w:sz w:val="20"/>
                              <w:szCs w:val="20"/>
                            </w:rPr>
                            <w:t>Classified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56B6A091">
            <v:shapetype id="_x0000_t202" coordsize="21600,21600" o:spt="202" path="m,l,21600r21600,l21600,xe" w14:anchorId="78F62673">
              <v:stroke joinstyle="miter"/>
              <v:path gradientshapeok="t" o:connecttype="rect"/>
            </v:shapetype>
            <v:shape id="Text Box 2" style="position:absolute;margin-left:0;margin-top:0;width:130.75pt;height:29.05pt;z-index:251659264;visibility:visible;mso-wrap-style:none;mso-wrap-distance-left:0;mso-wrap-distance-top:0;mso-wrap-distance-right:0;mso-wrap-distance-bottom:0;mso-position-horizontal:left;mso-position-horizontal-relative:page;mso-position-vertical:bottom;mso-position-vertical-relative:page;v-text-anchor:bottom" alt="Classified as Confident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">
              <v:fill o:detectmouseclick="t"/>
              <v:textbox style="mso-fit-shape-to-text:t" inset="20pt,0,0,15pt">
                <w:txbxContent>
                  <w:p w:rsidRPr="002A3990" w:rsidR="002A3990" w:rsidP="002A3990" w:rsidRDefault="002A3990" w14:paraId="70BFA3A1" w14:textId="531726BD">
                    <w:pPr>
                      <w:spacing w:after="0"/>
                      <w:rPr>
                        <w:rFonts w:ascii="Aptos" w:hAnsi="Aptos" w:eastAsia="Aptos" w:cs="Aptos"/>
                        <w:noProof/>
                        <w:color w:val="FF0000"/>
                        <w:sz w:val="20"/>
                        <w:szCs w:val="20"/>
                      </w:rPr>
                    </w:pPr>
                    <w:r w:rsidRPr="002A3990">
                      <w:rPr>
                        <w:rFonts w:ascii="Aptos" w:hAnsi="Aptos" w:eastAsia="Aptos" w:cs="Aptos"/>
                        <w:noProof/>
                        <w:color w:val="FF0000"/>
                        <w:sz w:val="20"/>
                        <w:szCs w:val="20"/>
                      </w:rPr>
                      <w:t>Classified as Confidential</w:t>
                    </w:r>
                  </w:p>
                </w:txbxContent>
              </v:textbox>
              <w10:wrap anchorx="page" anchory="page"/>
            </v:shape>
          </w:pict>
        </mc:Fallback>
      </mc:AlternateContent>
    </w:r>
  </w:p>
  <w:sdt>
    <w:sdtPr>
      <w:rPr>
        <w:rStyle w:val="PageNumber"/>
      </w:rPr>
      <w:id w:val="5571476"/>
      <w:docPartObj>
        <w:docPartGallery w:val="Page Numbers (Bottom of Page)"/>
        <w:docPartUnique/>
      </w:docPartObj>
    </w:sdtPr>
    <w:sdtContent>
      <w:p w14:paraId="1C36B14E" w14:textId="2A2F705B" w:rsidR="00C228B4" w:rsidRDefault="00C228B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EF52B2" w14:textId="77777777" w:rsidR="00C228B4" w:rsidRDefault="00C228B4" w:rsidP="00C228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B59" w14:textId="3AA50FAC" w:rsidR="003E3020" w:rsidRPr="003E3020" w:rsidRDefault="00906C2A" w:rsidP="00906C2A">
    <w:pPr>
      <w:pStyle w:val="Footer"/>
      <w:rPr>
        <w:rFonts w:ascii="Roboto" w:hAnsi="Roboto"/>
        <w:color w:val="BFBFBF" w:themeColor="background1" w:themeShade="BF"/>
        <w:sz w:val="16"/>
        <w:szCs w:val="16"/>
      </w:rPr>
    </w:pPr>
    <w:r>
      <w:rPr>
        <w:rFonts w:ascii="Roboto" w:hAnsi="Roboto"/>
        <w:color w:val="BFBFBF" w:themeColor="background1" w:themeShade="BF"/>
        <w:sz w:val="16"/>
        <w:szCs w:val="16"/>
      </w:rPr>
      <w:t xml:space="preserve">Speaker </w:t>
    </w:r>
    <w:r w:rsidR="003E3020" w:rsidRPr="003E3020">
      <w:rPr>
        <w:rFonts w:ascii="Roboto" w:hAnsi="Roboto"/>
        <w:color w:val="BFBFBF" w:themeColor="background1" w:themeShade="BF"/>
        <w:sz w:val="16"/>
        <w:szCs w:val="16"/>
      </w:rPr>
      <w:t xml:space="preserve">Abstract Submission Guideline  </w:t>
    </w:r>
    <w:r w:rsidR="003E3020">
      <w:rPr>
        <w:rFonts w:ascii="Roboto" w:hAnsi="Roboto"/>
        <w:color w:val="BFBFBF" w:themeColor="background1" w:themeShade="BF"/>
        <w:sz w:val="16"/>
        <w:szCs w:val="16"/>
      </w:rPr>
      <w:t xml:space="preserve">                            </w:t>
    </w:r>
    <w:r w:rsidR="003E3020" w:rsidRPr="003E3020">
      <w:rPr>
        <w:rFonts w:ascii="Roboto" w:hAnsi="Roboto"/>
        <w:color w:val="BFBFBF" w:themeColor="background1" w:themeShade="BF"/>
        <w:sz w:val="16"/>
        <w:szCs w:val="16"/>
      </w:rPr>
      <w:t xml:space="preserve">                                                                                                                                  </w:t>
    </w:r>
    <w:r w:rsidR="003E3020" w:rsidRPr="003E3020">
      <w:rPr>
        <w:rFonts w:ascii="Roboto" w:hAnsi="Roboto"/>
        <w:color w:val="BFBFBF" w:themeColor="background1" w:themeShade="BF"/>
        <w:sz w:val="16"/>
        <w:szCs w:val="16"/>
      </w:rPr>
      <w:fldChar w:fldCharType="begin"/>
    </w:r>
    <w:r w:rsidR="003E3020" w:rsidRPr="003E3020">
      <w:rPr>
        <w:rFonts w:ascii="Roboto" w:hAnsi="Roboto"/>
        <w:color w:val="BFBFBF" w:themeColor="background1" w:themeShade="BF"/>
        <w:sz w:val="16"/>
        <w:szCs w:val="16"/>
      </w:rPr>
      <w:instrText xml:space="preserve"> PAGE  \* Arabic  \* MERGEFORMAT </w:instrText>
    </w:r>
    <w:r w:rsidR="003E3020" w:rsidRPr="003E3020">
      <w:rPr>
        <w:rFonts w:ascii="Roboto" w:hAnsi="Roboto"/>
        <w:color w:val="BFBFBF" w:themeColor="background1" w:themeShade="BF"/>
        <w:sz w:val="16"/>
        <w:szCs w:val="16"/>
      </w:rPr>
      <w:fldChar w:fldCharType="separate"/>
    </w:r>
    <w:r w:rsidR="003E3020" w:rsidRPr="003E3020">
      <w:rPr>
        <w:rFonts w:ascii="Roboto" w:hAnsi="Roboto"/>
        <w:noProof/>
        <w:color w:val="BFBFBF" w:themeColor="background1" w:themeShade="BF"/>
        <w:sz w:val="16"/>
        <w:szCs w:val="16"/>
      </w:rPr>
      <w:t>2</w:t>
    </w:r>
    <w:r w:rsidR="003E3020" w:rsidRPr="003E3020">
      <w:rPr>
        <w:rFonts w:ascii="Roboto" w:hAnsi="Roboto"/>
        <w:color w:val="BFBFBF" w:themeColor="background1" w:themeShade="BF"/>
        <w:sz w:val="16"/>
        <w:szCs w:val="16"/>
      </w:rPr>
      <w:fldChar w:fldCharType="end"/>
    </w:r>
    <w:r w:rsidR="003E3020" w:rsidRPr="003E3020">
      <w:rPr>
        <w:rFonts w:ascii="Roboto" w:hAnsi="Roboto"/>
        <w:color w:val="BFBFBF" w:themeColor="background1" w:themeShade="BF"/>
        <w:sz w:val="16"/>
        <w:szCs w:val="16"/>
      </w:rPr>
      <w:t xml:space="preserve"> of </w:t>
    </w:r>
    <w:r w:rsidR="003E3020" w:rsidRPr="003E3020">
      <w:rPr>
        <w:rFonts w:ascii="Roboto" w:hAnsi="Roboto"/>
        <w:color w:val="BFBFBF" w:themeColor="background1" w:themeShade="BF"/>
        <w:sz w:val="16"/>
        <w:szCs w:val="16"/>
      </w:rPr>
      <w:fldChar w:fldCharType="begin"/>
    </w:r>
    <w:r w:rsidR="003E3020" w:rsidRPr="003E3020">
      <w:rPr>
        <w:rFonts w:ascii="Roboto" w:hAnsi="Roboto"/>
        <w:color w:val="BFBFBF" w:themeColor="background1" w:themeShade="BF"/>
        <w:sz w:val="16"/>
        <w:szCs w:val="16"/>
      </w:rPr>
      <w:instrText xml:space="preserve"> NUMPAGES  \* Arabic  \* MERGEFORMAT </w:instrText>
    </w:r>
    <w:r w:rsidR="003E3020" w:rsidRPr="003E3020">
      <w:rPr>
        <w:rFonts w:ascii="Roboto" w:hAnsi="Roboto"/>
        <w:color w:val="BFBFBF" w:themeColor="background1" w:themeShade="BF"/>
        <w:sz w:val="16"/>
        <w:szCs w:val="16"/>
      </w:rPr>
      <w:fldChar w:fldCharType="separate"/>
    </w:r>
    <w:r w:rsidR="003E3020" w:rsidRPr="003E3020">
      <w:rPr>
        <w:rFonts w:ascii="Roboto" w:hAnsi="Roboto"/>
        <w:noProof/>
        <w:color w:val="BFBFBF" w:themeColor="background1" w:themeShade="BF"/>
        <w:sz w:val="16"/>
        <w:szCs w:val="16"/>
      </w:rPr>
      <w:t>2</w:t>
    </w:r>
    <w:r w:rsidR="003E3020" w:rsidRPr="003E3020">
      <w:rPr>
        <w:rFonts w:ascii="Roboto" w:hAnsi="Roboto"/>
        <w:color w:val="BFBFBF" w:themeColor="background1" w:themeShade="BF"/>
        <w:sz w:val="16"/>
        <w:szCs w:val="16"/>
      </w:rPr>
      <w:fldChar w:fldCharType="end"/>
    </w:r>
  </w:p>
  <w:p w14:paraId="719F28C0" w14:textId="77777777" w:rsidR="00C228B4" w:rsidRDefault="00C228B4" w:rsidP="00C228B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30FE9" w14:textId="2C6608B1" w:rsidR="002A3990" w:rsidRDefault="002A3990">
    <w:pPr>
      <w:pStyle w:val="Footer"/>
    </w:pPr>
    <w:r>
      <w:rPr>
        <w:noProof/>
      </w:rPr>
      <mc:AlternateContent>
        <mc:Choice Requires="wps">
          <w:drawing>
            <wp:anchor distT="0" distB="0" distL="0" distR="0" simplePos="0" relativeHeight="251658240" behindDoc="0" locked="0" layoutInCell="1" allowOverlap="1" wp14:anchorId="61682E10" wp14:editId="5A9A7C8B">
              <wp:simplePos x="635" y="635"/>
              <wp:positionH relativeFrom="page">
                <wp:align>left</wp:align>
              </wp:positionH>
              <wp:positionV relativeFrom="page">
                <wp:align>bottom</wp:align>
              </wp:positionV>
              <wp:extent cx="1660525" cy="368935"/>
              <wp:effectExtent l="0" t="0" r="3175" b="0"/>
              <wp:wrapNone/>
              <wp:docPr id="2134312531" name="Text Box 1" descr="Classifi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60525" cy="368935"/>
                      </a:xfrm>
                      <a:prstGeom prst="rect">
                        <a:avLst/>
                      </a:prstGeom>
                      <a:noFill/>
                      <a:ln>
                        <a:noFill/>
                      </a:ln>
                    </wps:spPr>
                    <wps:txbx>
                      <w:txbxContent>
                        <w:p w14:paraId="5F81BDD0" w14:textId="0F5BCBA0" w:rsidR="002A3990" w:rsidRPr="002A3990" w:rsidRDefault="002A3990" w:rsidP="002A3990">
                          <w:pPr>
                            <w:spacing w:after="0"/>
                            <w:rPr>
                              <w:rFonts w:ascii="Aptos" w:eastAsia="Aptos" w:hAnsi="Aptos" w:cs="Aptos"/>
                              <w:noProof/>
                              <w:color w:val="FF0000"/>
                              <w:sz w:val="20"/>
                              <w:szCs w:val="20"/>
                            </w:rPr>
                          </w:pPr>
                          <w:r w:rsidRPr="002A3990">
                            <w:rPr>
                              <w:rFonts w:ascii="Aptos" w:eastAsia="Aptos" w:hAnsi="Aptos" w:cs="Aptos"/>
                              <w:noProof/>
                              <w:color w:val="FF0000"/>
                              <w:sz w:val="20"/>
                              <w:szCs w:val="20"/>
                            </w:rPr>
                            <w:t>Classified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15CBAD51">
            <v:shapetype id="_x0000_t202" coordsize="21600,21600" o:spt="202" path="m,l,21600r21600,l21600,xe" w14:anchorId="61682E10">
              <v:stroke joinstyle="miter"/>
              <v:path gradientshapeok="t" o:connecttype="rect"/>
            </v:shapetype>
            <v:shape id="Text Box 1" style="position:absolute;margin-left:0;margin-top:0;width:130.75pt;height:29.05pt;z-index:251658240;visibility:visible;mso-wrap-style:none;mso-wrap-distance-left:0;mso-wrap-distance-top:0;mso-wrap-distance-right:0;mso-wrap-distance-bottom:0;mso-position-horizontal:left;mso-position-horizontal-relative:page;mso-position-vertical:bottom;mso-position-vertical-relative:page;v-text-anchor:bottom" alt="Classified as Confident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">
              <v:fill o:detectmouseclick="t"/>
              <v:textbox style="mso-fit-shape-to-text:t" inset="20pt,0,0,15pt">
                <w:txbxContent>
                  <w:p w:rsidRPr="002A3990" w:rsidR="002A3990" w:rsidP="002A3990" w:rsidRDefault="002A3990" w14:paraId="72337601" w14:textId="0F5BCBA0">
                    <w:pPr>
                      <w:spacing w:after="0"/>
                      <w:rPr>
                        <w:rFonts w:ascii="Aptos" w:hAnsi="Aptos" w:eastAsia="Aptos" w:cs="Aptos"/>
                        <w:noProof/>
                        <w:color w:val="FF0000"/>
                        <w:sz w:val="20"/>
                        <w:szCs w:val="20"/>
                      </w:rPr>
                    </w:pPr>
                    <w:r w:rsidRPr="002A3990">
                      <w:rPr>
                        <w:rFonts w:ascii="Aptos" w:hAnsi="Aptos" w:eastAsia="Aptos" w:cs="Aptos"/>
                        <w:noProof/>
                        <w:color w:val="FF0000"/>
                        <w:sz w:val="20"/>
                        <w:szCs w:val="20"/>
                      </w:rPr>
                      <w:t>Classified as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DB4D0" w14:textId="77777777" w:rsidR="00B73277" w:rsidRDefault="00B73277" w:rsidP="00C228B4">
      <w:pPr>
        <w:spacing w:after="0" w:line="240" w:lineRule="auto"/>
      </w:pPr>
      <w:r>
        <w:separator/>
      </w:r>
    </w:p>
  </w:footnote>
  <w:footnote w:type="continuationSeparator" w:id="0">
    <w:p w14:paraId="794F43E3" w14:textId="77777777" w:rsidR="00B73277" w:rsidRDefault="00B73277" w:rsidP="00C22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2928F5"/>
    <w:multiLevelType w:val="hybridMultilevel"/>
    <w:tmpl w:val="1A885B2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3FD2AB6"/>
    <w:multiLevelType w:val="hybridMultilevel"/>
    <w:tmpl w:val="6BFC14B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09E70E93"/>
    <w:multiLevelType w:val="hybridMultilevel"/>
    <w:tmpl w:val="A00C7284"/>
    <w:lvl w:ilvl="0" w:tplc="04090005">
      <w:start w:val="1"/>
      <w:numFmt w:val="bullet"/>
      <w:lvlText w:val=""/>
      <w:lvlJc w:val="left"/>
      <w:pPr>
        <w:ind w:left="900" w:hanging="360"/>
      </w:pPr>
      <w:rPr>
        <w:rFonts w:ascii="Wingdings" w:hAnsi="Wingdings" w:hint="default"/>
      </w:rPr>
    </w:lvl>
    <w:lvl w:ilvl="1" w:tplc="08090019">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2" w15:restartNumberingAfterBreak="0">
    <w:nsid w:val="10750BC1"/>
    <w:multiLevelType w:val="hybridMultilevel"/>
    <w:tmpl w:val="5AF4C986"/>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0AA3795"/>
    <w:multiLevelType w:val="multilevel"/>
    <w:tmpl w:val="FFFFFFFF"/>
    <w:lvl w:ilvl="0">
      <w:start w:val="1"/>
      <w:numFmt w:val="upperLetter"/>
      <w:lvlText w:val="%1."/>
      <w:lvlJc w:val="left"/>
      <w:pPr>
        <w:ind w:left="720" w:hanging="360"/>
      </w:pPr>
      <w:rPr>
        <w:rFonts w:ascii="Roboto,Vrinda,ＭＳ ゴシック" w:hAnsi="Roboto,Vrinda,ＭＳ ゴシック"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42F1433"/>
    <w:multiLevelType w:val="hybridMultilevel"/>
    <w:tmpl w:val="2E085030"/>
    <w:lvl w:ilvl="0" w:tplc="9B28E70E">
      <w:start w:val="1"/>
      <w:numFmt w:val="decimal"/>
      <w:lvlText w:val="%1)"/>
      <w:lvlJc w:val="left"/>
      <w:pPr>
        <w:ind w:left="720" w:hanging="360"/>
      </w:pPr>
      <w:rPr>
        <w:rFonts w:ascii="Cambria" w:eastAsiaTheme="minorEastAsia" w:hAnsi="Cambria" w:cstheme="minorBidi"/>
        <w:color w:val="C0504D" w:themeColor="accen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776AA4"/>
    <w:multiLevelType w:val="hybridMultilevel"/>
    <w:tmpl w:val="CD54C63E"/>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29751C"/>
    <w:multiLevelType w:val="multilevel"/>
    <w:tmpl w:val="0D3AA66E"/>
    <w:lvl w:ilvl="0">
      <w:start w:val="1"/>
      <w:numFmt w:val="upperLetter"/>
      <w:lvlText w:val="%1."/>
      <w:lvlJc w:val="left"/>
      <w:pPr>
        <w:ind w:left="720" w:hanging="360"/>
      </w:pPr>
      <w:rPr>
        <w:rFonts w:hint="default"/>
      </w:rPr>
    </w:lvl>
    <w:lvl w:ilvl="1">
      <w:start w:val="1"/>
      <w:numFmt w:val="bullet"/>
      <w:lvlText w:val=""/>
      <w:lvlJc w:val="left"/>
      <w:pPr>
        <w:ind w:left="1440" w:hanging="360"/>
      </w:pPr>
      <w:rPr>
        <w:rFonts w:ascii="Wingdings" w:hAnsi="Wingding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13B17FD"/>
    <w:multiLevelType w:val="hybridMultilevel"/>
    <w:tmpl w:val="18C6C116"/>
    <w:lvl w:ilvl="0" w:tplc="0B809746">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9E14A1F"/>
    <w:multiLevelType w:val="multilevel"/>
    <w:tmpl w:val="29424A3E"/>
    <w:lvl w:ilvl="0">
      <w:start w:val="1"/>
      <w:numFmt w:val="upperLetter"/>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9" w15:restartNumberingAfterBreak="0">
    <w:nsid w:val="2A8C0709"/>
    <w:multiLevelType w:val="hybridMultilevel"/>
    <w:tmpl w:val="5AF4C98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2B995249"/>
    <w:multiLevelType w:val="hybridMultilevel"/>
    <w:tmpl w:val="FD0A1B9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1D1AEC"/>
    <w:multiLevelType w:val="multilevel"/>
    <w:tmpl w:val="FEF20FE4"/>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0F154E8"/>
    <w:multiLevelType w:val="multilevel"/>
    <w:tmpl w:val="2826C78E"/>
    <w:lvl w:ilvl="0">
      <w:start w:val="1"/>
      <w:numFmt w:val="upperLett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3" w15:restartNumberingAfterBreak="0">
    <w:nsid w:val="396109DB"/>
    <w:multiLevelType w:val="multilevel"/>
    <w:tmpl w:val="5F2A60D2"/>
    <w:lvl w:ilvl="0">
      <w:start w:val="1"/>
      <w:numFmt w:val="upperLetter"/>
      <w:lvlText w:val="%1."/>
      <w:lvlJc w:val="left"/>
      <w:pPr>
        <w:ind w:left="720" w:hanging="360"/>
      </w:pPr>
      <w:rPr>
        <w:rFonts w:hint="default"/>
        <w:b w:val="0"/>
        <w:bCs w:val="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AAD401E"/>
    <w:multiLevelType w:val="hybridMultilevel"/>
    <w:tmpl w:val="DCB0F97C"/>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7546A6"/>
    <w:multiLevelType w:val="hybridMultilevel"/>
    <w:tmpl w:val="428688A0"/>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EB5658"/>
    <w:multiLevelType w:val="hybridMultilevel"/>
    <w:tmpl w:val="91F00FFC"/>
    <w:lvl w:ilvl="0" w:tplc="C0C243A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EB3D94"/>
    <w:multiLevelType w:val="hybridMultilevel"/>
    <w:tmpl w:val="F6941E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9575525"/>
    <w:multiLevelType w:val="multilevel"/>
    <w:tmpl w:val="D8105D50"/>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A5733CF"/>
    <w:multiLevelType w:val="hybridMultilevel"/>
    <w:tmpl w:val="D0F4C26C"/>
    <w:lvl w:ilvl="0" w:tplc="62DC2296">
      <w:start w:val="2"/>
      <w:numFmt w:val="decimal"/>
      <w:lvlText w:val="%1."/>
      <w:lvlJc w:val="left"/>
      <w:pPr>
        <w:ind w:left="720" w:hanging="360"/>
      </w:pPr>
      <w:rPr>
        <w:rFonts w:eastAsiaTheme="majorEastAsia" w:cstheme="majorBidi" w:hint="default"/>
        <w:b/>
        <w:color w:val="000000" w:themeColor="text1"/>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4042AC"/>
    <w:multiLevelType w:val="multilevel"/>
    <w:tmpl w:val="7B803C78"/>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9320DD9"/>
    <w:multiLevelType w:val="hybridMultilevel"/>
    <w:tmpl w:val="DFC62F46"/>
    <w:lvl w:ilvl="0" w:tplc="1DD03C30">
      <w:start w:val="1"/>
      <w:numFmt w:val="decimal"/>
      <w:lvlText w:val="%1."/>
      <w:lvlJc w:val="left"/>
      <w:pPr>
        <w:ind w:left="720" w:hanging="360"/>
      </w:pPr>
      <w:rPr>
        <w:rFonts w:hint="default"/>
      </w:rPr>
    </w:lvl>
    <w:lvl w:ilvl="1" w:tplc="08090019">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2" w15:restartNumberingAfterBreak="0">
    <w:nsid w:val="6B810DFB"/>
    <w:multiLevelType w:val="multilevel"/>
    <w:tmpl w:val="05F8796A"/>
    <w:lvl w:ilvl="0">
      <w:start w:val="1"/>
      <w:numFmt w:val="upp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EA86DE4"/>
    <w:multiLevelType w:val="hybridMultilevel"/>
    <w:tmpl w:val="13004C2C"/>
    <w:lvl w:ilvl="0" w:tplc="08090005">
      <w:start w:val="1"/>
      <w:numFmt w:val="bullet"/>
      <w:lvlText w:val=""/>
      <w:lvlJc w:val="left"/>
      <w:pPr>
        <w:ind w:left="860" w:hanging="360"/>
      </w:pPr>
      <w:rPr>
        <w:rFonts w:ascii="Wingdings" w:hAnsi="Wingdings" w:hint="default"/>
      </w:rPr>
    </w:lvl>
    <w:lvl w:ilvl="1" w:tplc="08090003" w:tentative="1">
      <w:start w:val="1"/>
      <w:numFmt w:val="bullet"/>
      <w:lvlText w:val="o"/>
      <w:lvlJc w:val="left"/>
      <w:pPr>
        <w:ind w:left="1580" w:hanging="360"/>
      </w:pPr>
      <w:rPr>
        <w:rFonts w:ascii="Courier New" w:hAnsi="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34" w15:restartNumberingAfterBreak="0">
    <w:nsid w:val="6F112DEF"/>
    <w:multiLevelType w:val="multilevel"/>
    <w:tmpl w:val="0A8C165A"/>
    <w:lvl w:ilvl="0">
      <w:start w:val="1"/>
      <w:numFmt w:val="upperLett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5" w15:restartNumberingAfterBreak="0">
    <w:nsid w:val="768E0732"/>
    <w:multiLevelType w:val="hybridMultilevel"/>
    <w:tmpl w:val="67B29AF8"/>
    <w:lvl w:ilvl="0" w:tplc="23909A5C">
      <w:start w:val="1"/>
      <w:numFmt w:val="non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BD3BE1"/>
    <w:multiLevelType w:val="hybridMultilevel"/>
    <w:tmpl w:val="C0C254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DE2C5B"/>
    <w:multiLevelType w:val="multilevel"/>
    <w:tmpl w:val="C0A620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EE73C81"/>
    <w:multiLevelType w:val="multilevel"/>
    <w:tmpl w:val="F3966B5E"/>
    <w:lvl w:ilvl="0">
      <w:start w:val="1"/>
      <w:numFmt w:val="upperLetter"/>
      <w:lvlText w:val="%1."/>
      <w:lvlJc w:val="left"/>
      <w:pPr>
        <w:ind w:left="720" w:hanging="360"/>
      </w:pPr>
      <w:rPr>
        <w:rFonts w:hint="default"/>
      </w:rPr>
    </w:lvl>
    <w:lvl w:ilvl="1">
      <w:start w:val="1"/>
      <w:numFmt w:val="upperLetter"/>
      <w:lvlText w:val="%2."/>
      <w:lvlJc w:val="left"/>
      <w:pPr>
        <w:ind w:left="1440" w:hanging="360"/>
      </w:p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698822970">
    <w:abstractNumId w:val="13"/>
  </w:num>
  <w:num w:numId="2" w16cid:durableId="720058665">
    <w:abstractNumId w:val="8"/>
  </w:num>
  <w:num w:numId="3" w16cid:durableId="1256861603">
    <w:abstractNumId w:val="6"/>
  </w:num>
  <w:num w:numId="4" w16cid:durableId="174349239">
    <w:abstractNumId w:val="5"/>
  </w:num>
  <w:num w:numId="5" w16cid:durableId="905722069">
    <w:abstractNumId w:val="4"/>
  </w:num>
  <w:num w:numId="6" w16cid:durableId="984815594">
    <w:abstractNumId w:val="7"/>
  </w:num>
  <w:num w:numId="7" w16cid:durableId="1571110486">
    <w:abstractNumId w:val="3"/>
  </w:num>
  <w:num w:numId="8" w16cid:durableId="229966549">
    <w:abstractNumId w:val="2"/>
  </w:num>
  <w:num w:numId="9" w16cid:durableId="996112849">
    <w:abstractNumId w:val="1"/>
  </w:num>
  <w:num w:numId="10" w16cid:durableId="1120996989">
    <w:abstractNumId w:val="0"/>
  </w:num>
  <w:num w:numId="11" w16cid:durableId="1053966845">
    <w:abstractNumId w:val="28"/>
  </w:num>
  <w:num w:numId="12" w16cid:durableId="336810969">
    <w:abstractNumId w:val="36"/>
  </w:num>
  <w:num w:numId="13" w16cid:durableId="620958674">
    <w:abstractNumId w:val="10"/>
  </w:num>
  <w:num w:numId="14" w16cid:durableId="1921059946">
    <w:abstractNumId w:val="33"/>
  </w:num>
  <w:num w:numId="15" w16cid:durableId="1351299034">
    <w:abstractNumId w:val="34"/>
  </w:num>
  <w:num w:numId="16" w16cid:durableId="579170225">
    <w:abstractNumId w:val="20"/>
  </w:num>
  <w:num w:numId="17" w16cid:durableId="126969566">
    <w:abstractNumId w:val="21"/>
  </w:num>
  <w:num w:numId="18" w16cid:durableId="906576976">
    <w:abstractNumId w:val="9"/>
  </w:num>
  <w:num w:numId="19" w16cid:durableId="286205214">
    <w:abstractNumId w:val="18"/>
  </w:num>
  <w:num w:numId="20" w16cid:durableId="806052316">
    <w:abstractNumId w:val="35"/>
  </w:num>
  <w:num w:numId="21" w16cid:durableId="908927736">
    <w:abstractNumId w:val="26"/>
  </w:num>
  <w:num w:numId="22" w16cid:durableId="842664908">
    <w:abstractNumId w:val="14"/>
  </w:num>
  <w:num w:numId="23" w16cid:durableId="693112637">
    <w:abstractNumId w:val="27"/>
  </w:num>
  <w:num w:numId="24" w16cid:durableId="645168211">
    <w:abstractNumId w:val="31"/>
  </w:num>
  <w:num w:numId="25" w16cid:durableId="2008827675">
    <w:abstractNumId w:val="30"/>
  </w:num>
  <w:num w:numId="26" w16cid:durableId="489099510">
    <w:abstractNumId w:val="16"/>
  </w:num>
  <w:num w:numId="27" w16cid:durableId="83500673">
    <w:abstractNumId w:val="29"/>
  </w:num>
  <w:num w:numId="28" w16cid:durableId="1726903804">
    <w:abstractNumId w:val="12"/>
  </w:num>
  <w:num w:numId="29" w16cid:durableId="602691683">
    <w:abstractNumId w:val="19"/>
  </w:num>
  <w:num w:numId="30" w16cid:durableId="1773282948">
    <w:abstractNumId w:val="11"/>
  </w:num>
  <w:num w:numId="31" w16cid:durableId="2022733819">
    <w:abstractNumId w:val="17"/>
  </w:num>
  <w:num w:numId="32" w16cid:durableId="1240140739">
    <w:abstractNumId w:val="32"/>
  </w:num>
  <w:num w:numId="33" w16cid:durableId="571158065">
    <w:abstractNumId w:val="23"/>
  </w:num>
  <w:num w:numId="34" w16cid:durableId="37317593">
    <w:abstractNumId w:val="22"/>
  </w:num>
  <w:num w:numId="35" w16cid:durableId="1082140340">
    <w:abstractNumId w:val="38"/>
  </w:num>
  <w:num w:numId="36" w16cid:durableId="2078243899">
    <w:abstractNumId w:val="24"/>
  </w:num>
  <w:num w:numId="37" w16cid:durableId="177625372">
    <w:abstractNumId w:val="37"/>
  </w:num>
  <w:num w:numId="38" w16cid:durableId="2028019844">
    <w:abstractNumId w:val="15"/>
  </w:num>
  <w:num w:numId="39" w16cid:durableId="153919965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67F"/>
    <w:rsid w:val="00015A6F"/>
    <w:rsid w:val="00015E12"/>
    <w:rsid w:val="00027C98"/>
    <w:rsid w:val="00034616"/>
    <w:rsid w:val="0006063C"/>
    <w:rsid w:val="000C2C04"/>
    <w:rsid w:val="000D6CE2"/>
    <w:rsid w:val="00133F7F"/>
    <w:rsid w:val="00137CBB"/>
    <w:rsid w:val="0015074B"/>
    <w:rsid w:val="001915FF"/>
    <w:rsid w:val="00196CBE"/>
    <w:rsid w:val="001E2A8D"/>
    <w:rsid w:val="001E43E1"/>
    <w:rsid w:val="0021324E"/>
    <w:rsid w:val="002544C2"/>
    <w:rsid w:val="0029639D"/>
    <w:rsid w:val="002A3990"/>
    <w:rsid w:val="002A5B2B"/>
    <w:rsid w:val="002D5931"/>
    <w:rsid w:val="00326615"/>
    <w:rsid w:val="00326F90"/>
    <w:rsid w:val="00396F13"/>
    <w:rsid w:val="003A3465"/>
    <w:rsid w:val="003C6F49"/>
    <w:rsid w:val="003E3020"/>
    <w:rsid w:val="003F6F41"/>
    <w:rsid w:val="0041178C"/>
    <w:rsid w:val="004252EC"/>
    <w:rsid w:val="00426058"/>
    <w:rsid w:val="00435BAC"/>
    <w:rsid w:val="0045026A"/>
    <w:rsid w:val="00490C18"/>
    <w:rsid w:val="0049767F"/>
    <w:rsid w:val="004F3A55"/>
    <w:rsid w:val="00532EA5"/>
    <w:rsid w:val="005A6CC4"/>
    <w:rsid w:val="005E252F"/>
    <w:rsid w:val="005F62DC"/>
    <w:rsid w:val="006059BB"/>
    <w:rsid w:val="00622412"/>
    <w:rsid w:val="0062302A"/>
    <w:rsid w:val="00647F51"/>
    <w:rsid w:val="006670DE"/>
    <w:rsid w:val="0069637F"/>
    <w:rsid w:val="006C6971"/>
    <w:rsid w:val="007626AA"/>
    <w:rsid w:val="007950B4"/>
    <w:rsid w:val="007B162B"/>
    <w:rsid w:val="008A77BF"/>
    <w:rsid w:val="008C297E"/>
    <w:rsid w:val="008F080F"/>
    <w:rsid w:val="00906C2A"/>
    <w:rsid w:val="00922B65"/>
    <w:rsid w:val="00933F6A"/>
    <w:rsid w:val="00960F26"/>
    <w:rsid w:val="00971D4E"/>
    <w:rsid w:val="00981C84"/>
    <w:rsid w:val="00A03BE8"/>
    <w:rsid w:val="00A171A3"/>
    <w:rsid w:val="00A35801"/>
    <w:rsid w:val="00AA1D8D"/>
    <w:rsid w:val="00AB73FF"/>
    <w:rsid w:val="00AC06A2"/>
    <w:rsid w:val="00AE42AE"/>
    <w:rsid w:val="00B247A9"/>
    <w:rsid w:val="00B376C4"/>
    <w:rsid w:val="00B41100"/>
    <w:rsid w:val="00B47730"/>
    <w:rsid w:val="00B73277"/>
    <w:rsid w:val="00C228B4"/>
    <w:rsid w:val="00C408CC"/>
    <w:rsid w:val="00CB0664"/>
    <w:rsid w:val="00D41CCA"/>
    <w:rsid w:val="00D53843"/>
    <w:rsid w:val="00DA0585"/>
    <w:rsid w:val="00DB5112"/>
    <w:rsid w:val="00E47D41"/>
    <w:rsid w:val="00EC2F7E"/>
    <w:rsid w:val="00F01174"/>
    <w:rsid w:val="00F157F7"/>
    <w:rsid w:val="00F16D85"/>
    <w:rsid w:val="00F33DFC"/>
    <w:rsid w:val="00FC693F"/>
    <w:rsid w:val="18417CC7"/>
    <w:rsid w:val="1F891AD9"/>
    <w:rsid w:val="1FE4A7C6"/>
    <w:rsid w:val="23D0F31E"/>
    <w:rsid w:val="3036084F"/>
    <w:rsid w:val="3AE35154"/>
    <w:rsid w:val="40DD74E4"/>
    <w:rsid w:val="4AC65770"/>
    <w:rsid w:val="4E1743DC"/>
    <w:rsid w:val="4F5286DE"/>
    <w:rsid w:val="5C05B662"/>
    <w:rsid w:val="5EE4BCC2"/>
    <w:rsid w:val="6286636B"/>
    <w:rsid w:val="671A9B73"/>
    <w:rsid w:val="735BF1C6"/>
    <w:rsid w:val="73F414F5"/>
    <w:rsid w:val="7602B6C7"/>
    <w:rsid w:val="787F7333"/>
    <w:rsid w:val="794A8800"/>
    <w:rsid w:val="7B472F35"/>
    <w:rsid w:val="7B6E65B1"/>
    <w:rsid w:val="7CB67DA0"/>
    <w:rsid w:val="7FB8AC98"/>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7241FE"/>
  <w14:defaultImageDpi w14:val="300"/>
  <w15:docId w15:val="{23AA4947-D6E5-426C-B5B4-475822883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C228B4"/>
  </w:style>
  <w:style w:type="character" w:styleId="Hyperlink">
    <w:name w:val="Hyperlink"/>
    <w:basedOn w:val="DefaultParagraphFont"/>
    <w:uiPriority w:val="99"/>
    <w:unhideWhenUsed/>
    <w:rsid w:val="00E47D41"/>
    <w:rPr>
      <w:color w:val="0000FF" w:themeColor="hyperlink"/>
      <w:u w:val="single"/>
    </w:rPr>
  </w:style>
  <w:style w:type="character" w:styleId="UnresolvedMention">
    <w:name w:val="Unresolved Mention"/>
    <w:basedOn w:val="DefaultParagraphFont"/>
    <w:uiPriority w:val="99"/>
    <w:semiHidden/>
    <w:unhideWhenUsed/>
    <w:rsid w:val="00E47D41"/>
    <w:rPr>
      <w:color w:val="605E5C"/>
      <w:shd w:val="clear" w:color="auto" w:fill="E1DFDD"/>
    </w:rPr>
  </w:style>
  <w:style w:type="paragraph" w:styleId="NormalWeb">
    <w:name w:val="Normal (Web)"/>
    <w:basedOn w:val="Normal"/>
    <w:uiPriority w:val="99"/>
    <w:unhideWhenUsed/>
    <w:rsid w:val="00EC2F7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060062">
      <w:bodyDiv w:val="1"/>
      <w:marLeft w:val="0"/>
      <w:marRight w:val="0"/>
      <w:marTop w:val="0"/>
      <w:marBottom w:val="0"/>
      <w:divBdr>
        <w:top w:val="none" w:sz="0" w:space="0" w:color="auto"/>
        <w:left w:val="none" w:sz="0" w:space="0" w:color="auto"/>
        <w:bottom w:val="none" w:sz="0" w:space="0" w:color="auto"/>
        <w:right w:val="none" w:sz="0" w:space="0" w:color="auto"/>
      </w:divBdr>
    </w:div>
    <w:div w:id="2029596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d38c6be-ae12-421b-ab59-a8836f38169d" xsi:nil="true"/>
    <lcf76f155ced4ddcb4097134ff3c332f xmlns="04eeed37-dece-4d2e-bd81-d1cf62a6630e">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968831945FC014A8CBEB27983CA7323" ma:contentTypeVersion="22" ma:contentTypeDescription="Create a new document." ma:contentTypeScope="" ma:versionID="761fe034b69bcd39b5d847f456c208ba">
  <xsd:schema xmlns:xsd="http://www.w3.org/2001/XMLSchema" xmlns:xs="http://www.w3.org/2001/XMLSchema" xmlns:p="http://schemas.microsoft.com/office/2006/metadata/properties" xmlns:ns1="http://schemas.microsoft.com/sharepoint/v3" xmlns:ns2="04eeed37-dece-4d2e-bd81-d1cf62a6630e" xmlns:ns3="3d38c6be-ae12-421b-ab59-a8836f38169d" targetNamespace="http://schemas.microsoft.com/office/2006/metadata/properties" ma:root="true" ma:fieldsID="12ea527d5743f18b5b894886a8075e24" ns1:_="" ns2:_="" ns3:_="">
    <xsd:import namespace="http://schemas.microsoft.com/sharepoint/v3"/>
    <xsd:import namespace="04eeed37-dece-4d2e-bd81-d1cf62a6630e"/>
    <xsd:import namespace="3d38c6be-ae12-421b-ab59-a8836f3816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eeed37-dece-4d2e-bd81-d1cf62a663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b42dca9-b6c9-4f7f-8b4a-82ce744a28f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38c6be-ae12-421b-ab59-a8836f3816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e3d99b1-7a55-46fe-8173-0606ea7791ed}" ma:internalName="TaxCatchAll" ma:showField="CatchAllData" ma:web="3d38c6be-ae12-421b-ab59-a8836f3816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40612B-04C0-4A49-B327-CE1D420D8124}">
  <ds:schemaRefs>
    <ds:schemaRef ds:uri="http://schemas.microsoft.com/office/2006/metadata/properties"/>
    <ds:schemaRef ds:uri="http://schemas.microsoft.com/office/infopath/2007/PartnerControls"/>
    <ds:schemaRef ds:uri="http://schemas.microsoft.com/sharepoint/v3"/>
    <ds:schemaRef ds:uri="3d38c6be-ae12-421b-ab59-a8836f38169d"/>
    <ds:schemaRef ds:uri="04eeed37-dece-4d2e-bd81-d1cf62a6630e"/>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E97C7ADA-CFC1-4169-9B71-5876833AE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eeed37-dece-4d2e-bd81-d1cf62a6630e"/>
    <ds:schemaRef ds:uri="3d38c6be-ae12-421b-ab59-a8836f3816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BFC535-0487-4772-8ED7-92FDD458E06F}">
  <ds:schemaRefs>
    <ds:schemaRef ds:uri="http://schemas.microsoft.com/sharepoint/v3/contenttype/forms"/>
  </ds:schemaRefs>
</ds:datastoreItem>
</file>

<file path=docMetadata/LabelInfo.xml><?xml version="1.0" encoding="utf-8"?>
<clbl:labelList xmlns:clbl="http://schemas.microsoft.com/office/2020/mipLabelMetadata">
  <clbl:label id="{de58bc56-3c87-4892-b2e1-dc0f3101a6e1}" enabled="1" method="Standard" siteId="{ae635716-f192-4ebc-a7c0-71136d785df2}" contentBits="2"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4</Pages>
  <Words>923</Words>
  <Characters>5114</Characters>
  <Application>Microsoft Office Word</Application>
  <DocSecurity>0</DocSecurity>
  <Lines>176</Lines>
  <Paragraphs>100</Paragraphs>
  <ScaleCrop>false</ScaleCrop>
  <Manager/>
  <Company/>
  <LinksUpToDate>false</LinksUpToDate>
  <CharactersWithSpaces>5937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Samina Yasmin</cp:lastModifiedBy>
  <cp:revision>10</cp:revision>
  <cp:lastPrinted>2025-06-21T19:25:00Z</cp:lastPrinted>
  <dcterms:created xsi:type="dcterms:W3CDTF">2026-09-21T13:15:00Z</dcterms:created>
  <dcterms:modified xsi:type="dcterms:W3CDTF">2026-09-28T16:13:00Z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7f370653,434c1077,3a4c46f1</vt:lpwstr>
  </property>
  <property fmtid="{D5CDD505-2E9C-101B-9397-08002B2CF9AE}" pid="3" name="ClassificationContentMarkingFooterFontProps">
    <vt:lpwstr>#ff0000,10,Aptos</vt:lpwstr>
  </property>
  <property fmtid="{D5CDD505-2E9C-101B-9397-08002B2CF9AE}" pid="4" name="ClassificationContentMarkingFooterText">
    <vt:lpwstr>Classified as Confidential</vt:lpwstr>
  </property>
  <property fmtid="{D5CDD505-2E9C-101B-9397-08002B2CF9AE}" pid="5" name="ContentTypeId">
    <vt:lpwstr>0x0101005968831945FC014A8CBEB27983CA7323</vt:lpwstr>
  </property>
  <property fmtid="{D5CDD505-2E9C-101B-9397-08002B2CF9AE}" pid="6" name="MediaServiceImageTags">
    <vt:lpwstr/>
  </property>
</Properties>
</file>